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61835" w14:textId="60C4082C" w:rsidR="00196158" w:rsidRDefault="00196158">
      <w:pPr>
        <w:rPr>
          <w:b/>
          <w:color w:val="1D2F3A"/>
          <w:sz w:val="32"/>
        </w:rPr>
      </w:pPr>
      <w:r>
        <w:rPr>
          <w:b/>
          <w:noProof/>
          <w:color w:val="1D2F3A"/>
          <w:sz w:val="32"/>
        </w:rPr>
        <w:drawing>
          <wp:anchor distT="0" distB="0" distL="114300" distR="114300" simplePos="0" relativeHeight="251657216" behindDoc="1" locked="0" layoutInCell="1" allowOverlap="1" wp14:anchorId="012984C4" wp14:editId="2A0631C2">
            <wp:simplePos x="0" y="0"/>
            <wp:positionH relativeFrom="column">
              <wp:posOffset>5791200</wp:posOffset>
            </wp:positionH>
            <wp:positionV relativeFrom="page">
              <wp:posOffset>464820</wp:posOffset>
            </wp:positionV>
            <wp:extent cx="1066800" cy="1066800"/>
            <wp:effectExtent l="0" t="0" r="0" b="0"/>
            <wp:wrapNone/>
            <wp:docPr id="251315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07C96" w14:textId="4302E2CF" w:rsidR="003921B1" w:rsidRDefault="00000000">
      <w:r>
        <w:rPr>
          <w:b/>
          <w:color w:val="1D2F3A"/>
          <w:sz w:val="32"/>
        </w:rPr>
        <w:t>Faulkner HR Solutions</w:t>
      </w:r>
      <w:r>
        <w:rPr>
          <w:b/>
          <w:color w:val="1D2F3A"/>
          <w:sz w:val="32"/>
        </w:rPr>
        <w:br/>
        <w:t>FCRA Compliance Templates</w:t>
      </w:r>
    </w:p>
    <w:p w14:paraId="7438705D" w14:textId="77777777" w:rsidR="003921B1" w:rsidRDefault="00000000">
      <w:r>
        <w:rPr>
          <w:color w:val="C1873D"/>
        </w:rPr>
        <w:t>Redesigning the Way Organizations Grow</w:t>
      </w:r>
    </w:p>
    <w:p w14:paraId="343B92F3" w14:textId="77777777" w:rsidR="003921B1" w:rsidRDefault="003921B1"/>
    <w:p w14:paraId="6C815528" w14:textId="77777777" w:rsidR="003921B1" w:rsidRDefault="00000000">
      <w:r>
        <w:rPr>
          <w:b/>
          <w:color w:val="1D2F3A"/>
          <w:sz w:val="28"/>
        </w:rPr>
        <w:t>Document 1: Stand-Alone FCRA Disclosure</w:t>
      </w:r>
    </w:p>
    <w:p w14:paraId="38ACDA6A" w14:textId="77777777" w:rsidR="003921B1" w:rsidRPr="00196158" w:rsidRDefault="00000000">
      <w:pPr>
        <w:rPr>
          <w:b/>
          <w:bCs/>
          <w:i/>
          <w:iCs/>
          <w:u w:val="single"/>
        </w:rPr>
      </w:pPr>
      <w:r w:rsidRPr="00196158">
        <w:rPr>
          <w:b/>
          <w:bCs/>
          <w:i/>
          <w:iCs/>
          <w:highlight w:val="yellow"/>
          <w:u w:val="single"/>
        </w:rPr>
        <w:t>⚠️ Important: This document must be provided separately from any other forms or waivers.</w:t>
      </w:r>
    </w:p>
    <w:p w14:paraId="5A43EA26" w14:textId="77777777" w:rsidR="003921B1" w:rsidRDefault="00000000">
      <w:r>
        <w:t>DISCLOSURE REGARDING BACKGROUND INVESTIGATION</w:t>
      </w:r>
      <w:r>
        <w:br/>
        <w:t>(Provided in compliance with the Fair Credit Reporting Act)</w:t>
      </w:r>
    </w:p>
    <w:p w14:paraId="7A7AA53E" w14:textId="77777777" w:rsidR="003921B1" w:rsidRDefault="00000000">
      <w:r>
        <w:t>[Company Name] may obtain information about you from a consumer reporting agency for employment purposes. This information may include, but is not limited to:</w:t>
      </w:r>
      <w:r>
        <w:br/>
        <w:t>- Criminal history</w:t>
      </w:r>
      <w:r>
        <w:br/>
        <w:t>- Credit history (if relevant and permitted by law)</w:t>
      </w:r>
      <w:r>
        <w:br/>
        <w:t>- Employment history</w:t>
      </w:r>
      <w:r>
        <w:br/>
        <w:t>- Education and credentials</w:t>
      </w:r>
      <w:r>
        <w:br/>
        <w:t>- Driving records</w:t>
      </w:r>
      <w:r>
        <w:br/>
        <w:t>- Other information bearing on your character, general reputation, personal characteristics, and/or mode of living</w:t>
      </w:r>
      <w:r>
        <w:br/>
      </w:r>
      <w:r>
        <w:br/>
        <w:t>This report may be obtained at any time after receipt of your authorization and, if applicable, throughout the course of your employment.</w:t>
      </w:r>
      <w:r>
        <w:br/>
      </w:r>
      <w:r>
        <w:br/>
        <w:t>If an investigative consumer report is requested (one based on personal interviews with neighbors, friends, or associates), you have the right to request a complete and accurate disclosure of the nature and scope of the investigation.</w:t>
      </w:r>
      <w:r>
        <w:br/>
      </w:r>
      <w:r>
        <w:br/>
        <w:t>You also have the right, upon written request made within a reasonable time, to request whether a consumer report was requested, and to receive a copy of the report and a copy of your rights under the Fair Credit Reporting Act.</w:t>
      </w:r>
      <w:r>
        <w:br/>
      </w:r>
      <w:r>
        <w:br/>
        <w:t>The report will be obtained from:</w:t>
      </w:r>
      <w:r>
        <w:br/>
        <w:t>[Name of Consumer Reporting Agency]</w:t>
      </w:r>
      <w:r>
        <w:br/>
        <w:t>[Address of CRA]</w:t>
      </w:r>
      <w:r>
        <w:br/>
        <w:t>[Phone Number of CRA]</w:t>
      </w:r>
      <w:r>
        <w:br/>
        <w:t>[Website URL of CRA] (if available)</w:t>
      </w:r>
      <w:r>
        <w:br/>
      </w:r>
      <w:r>
        <w:br/>
        <w:t>By signing the separate Authorization Form, you acknowledge receipt of this disclosure.</w:t>
      </w:r>
    </w:p>
    <w:p w14:paraId="4E223BE0" w14:textId="77777777" w:rsidR="003921B1" w:rsidRDefault="00000000">
      <w:r>
        <w:br w:type="page"/>
      </w:r>
    </w:p>
    <w:p w14:paraId="125FE010" w14:textId="77777777" w:rsidR="003921B1" w:rsidRDefault="00000000">
      <w:r>
        <w:rPr>
          <w:b/>
          <w:color w:val="1D2F3A"/>
          <w:sz w:val="28"/>
        </w:rPr>
        <w:lastRenderedPageBreak/>
        <w:t>Document 2: Authorization for Background Check</w:t>
      </w:r>
    </w:p>
    <w:p w14:paraId="03237792" w14:textId="77777777" w:rsidR="003921B1" w:rsidRDefault="00000000">
      <w:r>
        <w:t>AUTHORIZATION FOR BACKGROUND INVESTIGATION</w:t>
      </w:r>
      <w:r>
        <w:br/>
        <w:t>(Required under the Fair Credit Reporting Act)</w:t>
      </w:r>
    </w:p>
    <w:p w14:paraId="02AEC089" w14:textId="77777777" w:rsidR="003921B1" w:rsidRDefault="00000000">
      <w:r>
        <w:t>I, [Applicant Name], hereby authorize [Company Name] and its designated agents or representatives to obtain a consumer report and/or investigative consumer report on me for employment purposes. This authorization is valid for the duration of my candidacy and, if hired, throughout the course of my employment.</w:t>
      </w:r>
      <w:r>
        <w:br/>
      </w:r>
      <w:r>
        <w:br/>
        <w:t>I understand that this report may include information regarding:</w:t>
      </w:r>
      <w:r>
        <w:br/>
        <w:t>- Criminal history</w:t>
      </w:r>
      <w:r>
        <w:br/>
        <w:t>- Creditworthiness or credit standing (where applicable and permitted)</w:t>
      </w:r>
      <w:r>
        <w:br/>
        <w:t>- Employment history and references</w:t>
      </w:r>
      <w:r>
        <w:br/>
        <w:t>- Education verification</w:t>
      </w:r>
      <w:r>
        <w:br/>
        <w:t>- Driving record</w:t>
      </w:r>
      <w:r>
        <w:br/>
        <w:t>- General reputation, character, and personal characteristics</w:t>
      </w:r>
      <w:r>
        <w:br/>
      </w:r>
      <w:r>
        <w:br/>
        <w:t>I acknowledge that I have received a copy of the 'Disclosure Regarding Background Investigation' and a copy of 'A Summary of Your Rights Under the Fair Credit Reporting Act.'</w:t>
      </w:r>
      <w:r>
        <w:br/>
      </w:r>
      <w:r>
        <w:br/>
        <w:t>I understand that I have the right to request additional information about the nature and scope of any investigative consumer report, and the right to dispute any inaccuracies directly with the consumer reporting agency.</w:t>
      </w:r>
      <w:r>
        <w:br/>
      </w:r>
      <w:r>
        <w:br/>
        <w:t>This authorization does not include the release of medical information.</w:t>
      </w:r>
    </w:p>
    <w:p w14:paraId="051CE67F" w14:textId="77777777" w:rsidR="003921B1" w:rsidRDefault="00000000">
      <w:r>
        <w:br/>
        <w:t>Applicant Acknowledgment</w:t>
      </w:r>
    </w:p>
    <w:p w14:paraId="40C34C61" w14:textId="77777777" w:rsidR="003921B1" w:rsidRDefault="00000000">
      <w:r>
        <w:t>Name (Printed): _________________________</w:t>
      </w:r>
    </w:p>
    <w:p w14:paraId="1F560AEF" w14:textId="77777777" w:rsidR="003921B1" w:rsidRDefault="00000000">
      <w:r>
        <w:t>Signature: _________________________</w:t>
      </w:r>
    </w:p>
    <w:p w14:paraId="42EE2972" w14:textId="77777777" w:rsidR="003921B1" w:rsidRDefault="00000000">
      <w:r>
        <w:t>Date: _________________________</w:t>
      </w:r>
    </w:p>
    <w:p w14:paraId="45B8E436" w14:textId="77777777" w:rsidR="003921B1" w:rsidRDefault="00000000">
      <w:r>
        <w:t>Social Security Number (last 4 digits only): ____ ____ ____ ____</w:t>
      </w:r>
    </w:p>
    <w:p w14:paraId="6117D7BD" w14:textId="77777777" w:rsidR="003921B1" w:rsidRDefault="00000000">
      <w:r>
        <w:t>Date of Birth (for identification purposes only): ____ / ____ / ______</w:t>
      </w:r>
      <w:r>
        <w:br/>
        <w:t>(Providing date of birth is optional but may be needed for accurate background identification.)</w:t>
      </w:r>
    </w:p>
    <w:p w14:paraId="6ABC4B9E" w14:textId="77777777" w:rsidR="003921B1" w:rsidRDefault="003921B1"/>
    <w:p w14:paraId="54ADE40F" w14:textId="77777777" w:rsidR="003921B1" w:rsidRDefault="00000000">
      <w:r>
        <w:rPr>
          <w:b/>
          <w:color w:val="C1873D"/>
        </w:rPr>
        <w:t>📎 Required Attachment</w:t>
      </w:r>
    </w:p>
    <w:p w14:paraId="2E12F05D" w14:textId="77777777" w:rsidR="003921B1" w:rsidRDefault="00000000">
      <w:r>
        <w:t>Employers must provide applicants with a copy of:</w:t>
      </w:r>
      <w:r>
        <w:br/>
        <w:t>“A Summary of Your Rights Under the Fair Credit Reporting Act” (official FTC version).</w:t>
      </w:r>
      <w:r>
        <w:br/>
        <w:t>👉 Download it from the FTC: https://www.consumer.ftc.gov/articles/pdf-0096-fair-credit-reporting-act.pdf</w:t>
      </w:r>
    </w:p>
    <w:sectPr w:rsidR="003921B1" w:rsidSect="001961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4788295">
    <w:abstractNumId w:val="8"/>
  </w:num>
  <w:num w:numId="2" w16cid:durableId="1161460373">
    <w:abstractNumId w:val="6"/>
  </w:num>
  <w:num w:numId="3" w16cid:durableId="1486051319">
    <w:abstractNumId w:val="5"/>
  </w:num>
  <w:num w:numId="4" w16cid:durableId="1724208377">
    <w:abstractNumId w:val="4"/>
  </w:num>
  <w:num w:numId="5" w16cid:durableId="2065905335">
    <w:abstractNumId w:val="7"/>
  </w:num>
  <w:num w:numId="6" w16cid:durableId="7799318">
    <w:abstractNumId w:val="3"/>
  </w:num>
  <w:num w:numId="7" w16cid:durableId="1694766659">
    <w:abstractNumId w:val="2"/>
  </w:num>
  <w:num w:numId="8" w16cid:durableId="1741319105">
    <w:abstractNumId w:val="1"/>
  </w:num>
  <w:num w:numId="9" w16cid:durableId="156308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6158"/>
    <w:rsid w:val="0029639D"/>
    <w:rsid w:val="00326F90"/>
    <w:rsid w:val="003921B1"/>
    <w:rsid w:val="007731C2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434C3E"/>
  <w14:defaultImageDpi w14:val="300"/>
  <w15:docId w15:val="{0AB30C4B-BFD4-4209-86AE-85118E2F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519</Words>
  <Characters>2909</Characters>
  <Application>Microsoft Office Word</Application>
  <DocSecurity>0</DocSecurity>
  <Lines>74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Thomas Faulkner</cp:lastModifiedBy>
  <cp:revision>2</cp:revision>
  <dcterms:created xsi:type="dcterms:W3CDTF">2025-09-01T23:08:00Z</dcterms:created>
  <dcterms:modified xsi:type="dcterms:W3CDTF">2025-09-01T23:08:00Z</dcterms:modified>
  <cp:category/>
</cp:coreProperties>
</file>