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DE671" w14:textId="5B760C03" w:rsidR="00AC7BF9" w:rsidRPr="00A9339D" w:rsidRDefault="00000ABF">
      <w:pPr>
        <w:rPr>
          <w:sz w:val="20"/>
          <w:szCs w:val="20"/>
        </w:rPr>
      </w:pPr>
      <w:r w:rsidRPr="00A9339D">
        <w:rPr>
          <w:b/>
          <w:noProof/>
          <w:color w:val="1D2F3A"/>
          <w:sz w:val="28"/>
          <w:szCs w:val="20"/>
        </w:rPr>
        <w:drawing>
          <wp:anchor distT="0" distB="0" distL="114300" distR="114300" simplePos="0" relativeHeight="251658240" behindDoc="1" locked="0" layoutInCell="1" allowOverlap="1" wp14:anchorId="3AA578AA" wp14:editId="3233E4D8">
            <wp:simplePos x="0" y="0"/>
            <wp:positionH relativeFrom="column">
              <wp:posOffset>5958840</wp:posOffset>
            </wp:positionH>
            <wp:positionV relativeFrom="paragraph">
              <wp:posOffset>-228600</wp:posOffset>
            </wp:positionV>
            <wp:extent cx="990600" cy="990600"/>
            <wp:effectExtent l="0" t="0" r="0" b="0"/>
            <wp:wrapNone/>
            <wp:docPr id="107387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A9339D">
        <w:rPr>
          <w:b/>
          <w:color w:val="1D2F3A"/>
          <w:sz w:val="28"/>
          <w:szCs w:val="20"/>
        </w:rPr>
        <w:t>Faulkner HR Solutions</w:t>
      </w:r>
      <w:r w:rsidR="00000000" w:rsidRPr="00A9339D">
        <w:rPr>
          <w:b/>
          <w:color w:val="1D2F3A"/>
          <w:sz w:val="28"/>
          <w:szCs w:val="20"/>
        </w:rPr>
        <w:br/>
        <w:t>Offer Letter Template</w:t>
      </w:r>
    </w:p>
    <w:p w14:paraId="32FE3F23" w14:textId="77777777" w:rsidR="00AC7BF9" w:rsidRPr="00A9339D" w:rsidRDefault="00000000">
      <w:pPr>
        <w:rPr>
          <w:sz w:val="20"/>
          <w:szCs w:val="20"/>
        </w:rPr>
      </w:pPr>
      <w:r w:rsidRPr="00A9339D">
        <w:rPr>
          <w:color w:val="C1873D"/>
          <w:sz w:val="20"/>
          <w:szCs w:val="20"/>
        </w:rPr>
        <w:t>Redesigning the Way Organizations Grow</w:t>
      </w:r>
    </w:p>
    <w:p w14:paraId="5EC9037F" w14:textId="77777777" w:rsidR="00AC7BF9" w:rsidRPr="00A9339D" w:rsidRDefault="00AC7BF9">
      <w:pPr>
        <w:rPr>
          <w:sz w:val="20"/>
          <w:szCs w:val="20"/>
        </w:rPr>
      </w:pPr>
    </w:p>
    <w:p w14:paraId="44E63613" w14:textId="41E20069" w:rsidR="00AC7BF9" w:rsidRPr="00A9339D" w:rsidRDefault="00000ABF">
      <w:pPr>
        <w:rPr>
          <w:sz w:val="20"/>
          <w:szCs w:val="20"/>
        </w:rPr>
      </w:pPr>
      <w:r w:rsidRPr="00A9339D">
        <w:rPr>
          <w:b/>
          <w:bCs/>
          <w:sz w:val="20"/>
          <w:szCs w:val="20"/>
        </w:rPr>
        <w:t>[Date]</w:t>
      </w:r>
      <w:r w:rsidRPr="00A9339D">
        <w:rPr>
          <w:sz w:val="20"/>
          <w:szCs w:val="20"/>
        </w:rPr>
        <w:br/>
      </w:r>
      <w:r w:rsidRPr="00A9339D">
        <w:rPr>
          <w:b/>
          <w:bCs/>
          <w:sz w:val="20"/>
          <w:szCs w:val="20"/>
        </w:rPr>
        <w:t>[Candidate Name]</w:t>
      </w:r>
      <w:r w:rsidRPr="00A9339D">
        <w:rPr>
          <w:sz w:val="20"/>
          <w:szCs w:val="20"/>
        </w:rPr>
        <w:br/>
      </w:r>
      <w:r w:rsidRPr="00A9339D">
        <w:rPr>
          <w:b/>
          <w:bCs/>
          <w:sz w:val="20"/>
          <w:szCs w:val="20"/>
        </w:rPr>
        <w:t>[Candidate Address]</w:t>
      </w:r>
      <w:r w:rsidRPr="00A9339D">
        <w:rPr>
          <w:sz w:val="20"/>
          <w:szCs w:val="20"/>
        </w:rPr>
        <w:br/>
      </w:r>
      <w:r w:rsidRPr="00A9339D">
        <w:rPr>
          <w:b/>
          <w:bCs/>
          <w:sz w:val="20"/>
          <w:szCs w:val="20"/>
        </w:rPr>
        <w:t>[City, State ZIP Code]</w:t>
      </w:r>
    </w:p>
    <w:p w14:paraId="4EB5474D" w14:textId="77777777" w:rsidR="00AC7BF9" w:rsidRPr="00A9339D" w:rsidRDefault="00000000">
      <w:pPr>
        <w:rPr>
          <w:sz w:val="20"/>
          <w:szCs w:val="20"/>
        </w:rPr>
      </w:pPr>
      <w:r w:rsidRPr="00A9339D">
        <w:rPr>
          <w:sz w:val="20"/>
          <w:szCs w:val="20"/>
        </w:rPr>
        <w:t>Dear [Candidate Name],</w:t>
      </w:r>
    </w:p>
    <w:p w14:paraId="36282172" w14:textId="77777777" w:rsidR="00000ABF" w:rsidRPr="00000ABF" w:rsidRDefault="00000ABF" w:rsidP="00000ABF">
      <w:pPr>
        <w:rPr>
          <w:sz w:val="20"/>
          <w:szCs w:val="20"/>
        </w:rPr>
      </w:pPr>
      <w:r w:rsidRPr="00000ABF">
        <w:rPr>
          <w:sz w:val="20"/>
          <w:szCs w:val="20"/>
        </w:rPr>
        <w:t xml:space="preserve">We are pleased to extend this formal offer of employment for the position of </w:t>
      </w:r>
      <w:r w:rsidRPr="00000ABF">
        <w:rPr>
          <w:b/>
          <w:bCs/>
          <w:sz w:val="20"/>
          <w:szCs w:val="20"/>
        </w:rPr>
        <w:t>[Job Title]</w:t>
      </w:r>
      <w:r w:rsidRPr="00000ABF">
        <w:rPr>
          <w:sz w:val="20"/>
          <w:szCs w:val="20"/>
        </w:rPr>
        <w:t xml:space="preserve"> with </w:t>
      </w:r>
      <w:r w:rsidRPr="00000ABF">
        <w:rPr>
          <w:b/>
          <w:bCs/>
          <w:sz w:val="20"/>
          <w:szCs w:val="20"/>
        </w:rPr>
        <w:t>[Company Name]</w:t>
      </w:r>
      <w:r w:rsidRPr="00000ABF">
        <w:rPr>
          <w:sz w:val="20"/>
          <w:szCs w:val="20"/>
        </w:rPr>
        <w:t>. We were impressed with your qualifications and experience and are confident that you will be a valuable member of our team.</w:t>
      </w:r>
    </w:p>
    <w:p w14:paraId="3C97E4E9" w14:textId="77777777" w:rsidR="00000ABF" w:rsidRPr="00000ABF" w:rsidRDefault="00000ABF" w:rsidP="00000ABF">
      <w:pPr>
        <w:rPr>
          <w:sz w:val="20"/>
          <w:szCs w:val="20"/>
        </w:rPr>
      </w:pPr>
      <w:r w:rsidRPr="00000ABF">
        <w:rPr>
          <w:sz w:val="20"/>
          <w:szCs w:val="20"/>
        </w:rPr>
        <w:t>This letter outlines the primary terms of your employment. Please review the details below and contact us with any questions.</w:t>
      </w:r>
    </w:p>
    <w:p w14:paraId="2BE719D5" w14:textId="77777777" w:rsidR="00AC7BF9" w:rsidRPr="00A9339D" w:rsidRDefault="00AC7BF9">
      <w:pPr>
        <w:rPr>
          <w:sz w:val="20"/>
          <w:szCs w:val="20"/>
        </w:rPr>
      </w:pPr>
    </w:p>
    <w:p w14:paraId="5BD6C5C3" w14:textId="77777777" w:rsidR="00AC7BF9" w:rsidRPr="00A9339D" w:rsidRDefault="00000000">
      <w:pPr>
        <w:rPr>
          <w:sz w:val="20"/>
          <w:szCs w:val="20"/>
        </w:rPr>
      </w:pPr>
      <w:r w:rsidRPr="00A9339D">
        <w:rPr>
          <w:b/>
          <w:color w:val="1D2F3A"/>
          <w:sz w:val="20"/>
          <w:szCs w:val="20"/>
        </w:rPr>
        <w:t>Employment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740"/>
      </w:tblGrid>
      <w:tr w:rsidR="00AC7BF9" w:rsidRPr="00A9339D" w14:paraId="73A1B756" w14:textId="77777777" w:rsidTr="00000ABF">
        <w:trPr>
          <w:jc w:val="center"/>
        </w:trPr>
        <w:tc>
          <w:tcPr>
            <w:tcW w:w="2520" w:type="dxa"/>
          </w:tcPr>
          <w:p w14:paraId="596DAB52" w14:textId="77777777" w:rsidR="00AC7BF9" w:rsidRPr="00A9339D" w:rsidRDefault="00000000">
            <w:pPr>
              <w:rPr>
                <w:sz w:val="20"/>
                <w:szCs w:val="20"/>
              </w:rPr>
            </w:pPr>
            <w:r w:rsidRPr="00A9339D">
              <w:rPr>
                <w:sz w:val="20"/>
                <w:szCs w:val="20"/>
              </w:rPr>
              <w:t>Position:</w:t>
            </w:r>
          </w:p>
        </w:tc>
        <w:tc>
          <w:tcPr>
            <w:tcW w:w="7740" w:type="dxa"/>
          </w:tcPr>
          <w:p w14:paraId="5F524EB1" w14:textId="77777777" w:rsidR="00AC7BF9" w:rsidRPr="00A9339D" w:rsidRDefault="00000000">
            <w:pPr>
              <w:rPr>
                <w:sz w:val="20"/>
                <w:szCs w:val="20"/>
              </w:rPr>
            </w:pPr>
            <w:r w:rsidRPr="00A9339D">
              <w:rPr>
                <w:sz w:val="20"/>
                <w:szCs w:val="20"/>
              </w:rPr>
              <w:t>[Job Title]</w:t>
            </w:r>
          </w:p>
        </w:tc>
      </w:tr>
      <w:tr w:rsidR="00AC7BF9" w:rsidRPr="00A9339D" w14:paraId="7318AD49" w14:textId="77777777" w:rsidTr="00000ABF">
        <w:trPr>
          <w:jc w:val="center"/>
        </w:trPr>
        <w:tc>
          <w:tcPr>
            <w:tcW w:w="2520" w:type="dxa"/>
          </w:tcPr>
          <w:p w14:paraId="1E0352AF" w14:textId="77777777" w:rsidR="00AC7BF9" w:rsidRPr="00A9339D" w:rsidRDefault="00000000">
            <w:pPr>
              <w:rPr>
                <w:sz w:val="20"/>
                <w:szCs w:val="20"/>
              </w:rPr>
            </w:pPr>
            <w:r w:rsidRPr="00A9339D">
              <w:rPr>
                <w:sz w:val="20"/>
                <w:szCs w:val="20"/>
              </w:rPr>
              <w:t>Start Date:</w:t>
            </w:r>
          </w:p>
        </w:tc>
        <w:tc>
          <w:tcPr>
            <w:tcW w:w="7740" w:type="dxa"/>
          </w:tcPr>
          <w:p w14:paraId="0087C18B" w14:textId="77777777" w:rsidR="00AC7BF9" w:rsidRPr="00A9339D" w:rsidRDefault="00000000">
            <w:pPr>
              <w:rPr>
                <w:sz w:val="20"/>
                <w:szCs w:val="20"/>
              </w:rPr>
            </w:pPr>
            <w:r w:rsidRPr="00A9339D">
              <w:rPr>
                <w:sz w:val="20"/>
                <w:szCs w:val="20"/>
              </w:rPr>
              <w:t>[Start Date]</w:t>
            </w:r>
          </w:p>
        </w:tc>
      </w:tr>
      <w:tr w:rsidR="00AC7BF9" w:rsidRPr="00A9339D" w14:paraId="6B9A4EEC" w14:textId="77777777" w:rsidTr="00000ABF">
        <w:trPr>
          <w:jc w:val="center"/>
        </w:trPr>
        <w:tc>
          <w:tcPr>
            <w:tcW w:w="2520" w:type="dxa"/>
          </w:tcPr>
          <w:p w14:paraId="14BCC7C7" w14:textId="77777777" w:rsidR="00AC7BF9" w:rsidRPr="00A9339D" w:rsidRDefault="00000000">
            <w:pPr>
              <w:rPr>
                <w:sz w:val="20"/>
                <w:szCs w:val="20"/>
              </w:rPr>
            </w:pPr>
            <w:r w:rsidRPr="00A9339D">
              <w:rPr>
                <w:sz w:val="20"/>
                <w:szCs w:val="20"/>
              </w:rPr>
              <w:t>Compensation:</w:t>
            </w:r>
          </w:p>
        </w:tc>
        <w:tc>
          <w:tcPr>
            <w:tcW w:w="7740" w:type="dxa"/>
          </w:tcPr>
          <w:p w14:paraId="2948DEDB" w14:textId="5EE7E8BA" w:rsidR="00AC7BF9" w:rsidRPr="00A9339D" w:rsidRDefault="00000ABF">
            <w:pPr>
              <w:rPr>
                <w:sz w:val="20"/>
                <w:szCs w:val="20"/>
              </w:rPr>
            </w:pPr>
            <w:r w:rsidRPr="00A9339D">
              <w:rPr>
                <w:sz w:val="20"/>
                <w:szCs w:val="20"/>
              </w:rPr>
              <w:t>[Salary] per [hour/year], paid on a [weekly/biweekly/monthly] basis</w:t>
            </w:r>
          </w:p>
        </w:tc>
      </w:tr>
      <w:tr w:rsidR="00000ABF" w:rsidRPr="00A9339D" w14:paraId="1484BFBD" w14:textId="77777777" w:rsidTr="00000ABF">
        <w:trPr>
          <w:jc w:val="center"/>
        </w:trPr>
        <w:tc>
          <w:tcPr>
            <w:tcW w:w="2520" w:type="dxa"/>
          </w:tcPr>
          <w:p w14:paraId="45E5EC44" w14:textId="07217960" w:rsidR="00000ABF" w:rsidRPr="00A9339D" w:rsidRDefault="00000ABF">
            <w:pPr>
              <w:rPr>
                <w:sz w:val="20"/>
                <w:szCs w:val="20"/>
              </w:rPr>
            </w:pPr>
            <w:r w:rsidRPr="00A9339D">
              <w:rPr>
                <w:sz w:val="20"/>
                <w:szCs w:val="20"/>
              </w:rPr>
              <w:t>Employment Classification:</w:t>
            </w:r>
          </w:p>
        </w:tc>
        <w:tc>
          <w:tcPr>
            <w:tcW w:w="7740" w:type="dxa"/>
          </w:tcPr>
          <w:p w14:paraId="20A5D262" w14:textId="5B650A82" w:rsidR="00000ABF" w:rsidRPr="00A9339D" w:rsidRDefault="00000ABF">
            <w:pPr>
              <w:rPr>
                <w:sz w:val="20"/>
                <w:szCs w:val="20"/>
              </w:rPr>
            </w:pPr>
            <w:r w:rsidRPr="00A9339D">
              <w:rPr>
                <w:sz w:val="20"/>
                <w:szCs w:val="20"/>
              </w:rPr>
              <w:t>[Full-Time/Part-Time], [Exempt/Non-Exempt] under the Fair Labor Standards Act (FLSA)</w:t>
            </w:r>
          </w:p>
        </w:tc>
      </w:tr>
      <w:tr w:rsidR="00AC7BF9" w:rsidRPr="00A9339D" w14:paraId="72070BC5" w14:textId="77777777" w:rsidTr="00000ABF">
        <w:trPr>
          <w:jc w:val="center"/>
        </w:trPr>
        <w:tc>
          <w:tcPr>
            <w:tcW w:w="2520" w:type="dxa"/>
          </w:tcPr>
          <w:p w14:paraId="19D2ABFF" w14:textId="77777777" w:rsidR="00AC7BF9" w:rsidRPr="00A9339D" w:rsidRDefault="00000000">
            <w:pPr>
              <w:rPr>
                <w:sz w:val="20"/>
                <w:szCs w:val="20"/>
              </w:rPr>
            </w:pPr>
            <w:r w:rsidRPr="00A9339D">
              <w:rPr>
                <w:sz w:val="20"/>
                <w:szCs w:val="20"/>
              </w:rPr>
              <w:t>Reports To:</w:t>
            </w:r>
          </w:p>
        </w:tc>
        <w:tc>
          <w:tcPr>
            <w:tcW w:w="7740" w:type="dxa"/>
          </w:tcPr>
          <w:p w14:paraId="421D1DA5" w14:textId="77777777" w:rsidR="00AC7BF9" w:rsidRPr="00A9339D" w:rsidRDefault="00000000">
            <w:pPr>
              <w:rPr>
                <w:sz w:val="20"/>
                <w:szCs w:val="20"/>
              </w:rPr>
            </w:pPr>
            <w:r w:rsidRPr="00A9339D">
              <w:rPr>
                <w:sz w:val="20"/>
                <w:szCs w:val="20"/>
              </w:rPr>
              <w:t>[Supervisor Name]</w:t>
            </w:r>
          </w:p>
        </w:tc>
      </w:tr>
      <w:tr w:rsidR="00AC7BF9" w:rsidRPr="00A9339D" w14:paraId="4AFCCD59" w14:textId="77777777" w:rsidTr="00000ABF">
        <w:trPr>
          <w:jc w:val="center"/>
        </w:trPr>
        <w:tc>
          <w:tcPr>
            <w:tcW w:w="2520" w:type="dxa"/>
          </w:tcPr>
          <w:p w14:paraId="135B73B0" w14:textId="75D92193" w:rsidR="00AC7BF9" w:rsidRPr="00A9339D" w:rsidRDefault="00000ABF">
            <w:pPr>
              <w:rPr>
                <w:sz w:val="20"/>
                <w:szCs w:val="20"/>
              </w:rPr>
            </w:pPr>
            <w:r w:rsidRPr="00A9339D">
              <w:rPr>
                <w:sz w:val="20"/>
                <w:szCs w:val="20"/>
              </w:rPr>
              <w:t>Regular Work Schedule</w:t>
            </w:r>
          </w:p>
        </w:tc>
        <w:tc>
          <w:tcPr>
            <w:tcW w:w="7740" w:type="dxa"/>
          </w:tcPr>
          <w:p w14:paraId="3671E8CD" w14:textId="27A38246" w:rsidR="00AC7BF9" w:rsidRPr="00A9339D" w:rsidRDefault="00000ABF">
            <w:pPr>
              <w:rPr>
                <w:sz w:val="20"/>
                <w:szCs w:val="20"/>
              </w:rPr>
            </w:pPr>
            <w:r w:rsidRPr="00A9339D">
              <w:rPr>
                <w:sz w:val="20"/>
                <w:szCs w:val="20"/>
              </w:rPr>
              <w:t>[e.g., Monday through Friday, 9:00 a.m. – 5:00 p.m.]</w:t>
            </w:r>
          </w:p>
        </w:tc>
      </w:tr>
    </w:tbl>
    <w:p w14:paraId="4FA3769A" w14:textId="31DDCF71" w:rsidR="00AC7BF9" w:rsidRPr="00A9339D" w:rsidRDefault="00000ABF">
      <w:pPr>
        <w:rPr>
          <w:sz w:val="20"/>
          <w:szCs w:val="20"/>
        </w:rPr>
      </w:pPr>
      <w:r w:rsidRPr="00A9339D">
        <w:rPr>
          <w:b/>
          <w:color w:val="1D2F3A"/>
          <w:sz w:val="20"/>
          <w:szCs w:val="20"/>
        </w:rPr>
        <w:br/>
      </w:r>
      <w:r w:rsidR="00000000" w:rsidRPr="00A9339D">
        <w:rPr>
          <w:b/>
          <w:color w:val="1D2F3A"/>
          <w:sz w:val="20"/>
          <w:szCs w:val="20"/>
        </w:rPr>
        <w:t>Benefits</w:t>
      </w:r>
    </w:p>
    <w:p w14:paraId="6D62E7BC" w14:textId="77777777" w:rsidR="00000ABF" w:rsidRPr="00000ABF" w:rsidRDefault="00000ABF" w:rsidP="00000ABF">
      <w:pPr>
        <w:rPr>
          <w:sz w:val="20"/>
          <w:szCs w:val="20"/>
        </w:rPr>
      </w:pPr>
      <w:r w:rsidRPr="00000ABF">
        <w:rPr>
          <w:sz w:val="20"/>
          <w:szCs w:val="20"/>
        </w:rPr>
        <w:t>As a [full-time/part-time] employee, you will be eligible to participate in [Company Name]’s benefits program, subject to the terms and conditions of the applicable benefit plans. These benefits currently include:</w:t>
      </w:r>
    </w:p>
    <w:p w14:paraId="0660FD94" w14:textId="77777777" w:rsidR="00000ABF" w:rsidRPr="00000ABF" w:rsidRDefault="00000ABF" w:rsidP="00000ABF">
      <w:pPr>
        <w:numPr>
          <w:ilvl w:val="0"/>
          <w:numId w:val="10"/>
        </w:numPr>
        <w:spacing w:after="0"/>
        <w:rPr>
          <w:sz w:val="20"/>
          <w:szCs w:val="20"/>
        </w:rPr>
      </w:pPr>
      <w:r w:rsidRPr="00000ABF">
        <w:rPr>
          <w:sz w:val="20"/>
          <w:szCs w:val="20"/>
        </w:rPr>
        <w:t>Health insurance</w:t>
      </w:r>
    </w:p>
    <w:p w14:paraId="51ECC7FE" w14:textId="77777777" w:rsidR="00000ABF" w:rsidRPr="00000ABF" w:rsidRDefault="00000ABF" w:rsidP="00000ABF">
      <w:pPr>
        <w:numPr>
          <w:ilvl w:val="0"/>
          <w:numId w:val="10"/>
        </w:numPr>
        <w:spacing w:after="0"/>
        <w:rPr>
          <w:sz w:val="20"/>
          <w:szCs w:val="20"/>
        </w:rPr>
      </w:pPr>
      <w:r w:rsidRPr="00000ABF">
        <w:rPr>
          <w:sz w:val="20"/>
          <w:szCs w:val="20"/>
        </w:rPr>
        <w:t xml:space="preserve">Dental and </w:t>
      </w:r>
      <w:proofErr w:type="gramStart"/>
      <w:r w:rsidRPr="00000ABF">
        <w:rPr>
          <w:sz w:val="20"/>
          <w:szCs w:val="20"/>
        </w:rPr>
        <w:t>vision</w:t>
      </w:r>
      <w:proofErr w:type="gramEnd"/>
      <w:r w:rsidRPr="00000ABF">
        <w:rPr>
          <w:sz w:val="20"/>
          <w:szCs w:val="20"/>
        </w:rPr>
        <w:t xml:space="preserve"> insurance</w:t>
      </w:r>
    </w:p>
    <w:p w14:paraId="03C14214" w14:textId="77777777" w:rsidR="00000ABF" w:rsidRPr="00000ABF" w:rsidRDefault="00000ABF" w:rsidP="00000ABF">
      <w:pPr>
        <w:numPr>
          <w:ilvl w:val="0"/>
          <w:numId w:val="10"/>
        </w:numPr>
        <w:spacing w:after="0"/>
        <w:rPr>
          <w:sz w:val="20"/>
          <w:szCs w:val="20"/>
        </w:rPr>
      </w:pPr>
      <w:r w:rsidRPr="00000ABF">
        <w:rPr>
          <w:sz w:val="20"/>
          <w:szCs w:val="20"/>
        </w:rPr>
        <w:t>Retirement plan (e.g., 401(k))</w:t>
      </w:r>
    </w:p>
    <w:p w14:paraId="2810B4D6" w14:textId="77777777" w:rsidR="00000ABF" w:rsidRPr="00000ABF" w:rsidRDefault="00000ABF" w:rsidP="00000ABF">
      <w:pPr>
        <w:numPr>
          <w:ilvl w:val="0"/>
          <w:numId w:val="10"/>
        </w:numPr>
        <w:spacing w:after="0"/>
        <w:rPr>
          <w:sz w:val="20"/>
          <w:szCs w:val="20"/>
        </w:rPr>
      </w:pPr>
      <w:r w:rsidRPr="00000ABF">
        <w:rPr>
          <w:sz w:val="20"/>
          <w:szCs w:val="20"/>
        </w:rPr>
        <w:t>Paid time off (vacation, sick leave, holidays)</w:t>
      </w:r>
    </w:p>
    <w:p w14:paraId="23F638BB" w14:textId="77777777" w:rsidR="00000ABF" w:rsidRPr="00000ABF" w:rsidRDefault="00000ABF" w:rsidP="00000ABF">
      <w:pPr>
        <w:numPr>
          <w:ilvl w:val="0"/>
          <w:numId w:val="10"/>
        </w:numPr>
        <w:spacing w:after="0"/>
        <w:rPr>
          <w:sz w:val="20"/>
          <w:szCs w:val="20"/>
        </w:rPr>
      </w:pPr>
      <w:r w:rsidRPr="00000ABF">
        <w:rPr>
          <w:sz w:val="20"/>
          <w:szCs w:val="20"/>
        </w:rPr>
        <w:t>[Add or remove benefits as appropriate]</w:t>
      </w:r>
    </w:p>
    <w:p w14:paraId="37EB203F" w14:textId="77777777" w:rsidR="00000ABF" w:rsidRPr="00000ABF" w:rsidRDefault="00000ABF" w:rsidP="00000ABF">
      <w:pPr>
        <w:rPr>
          <w:sz w:val="20"/>
          <w:szCs w:val="20"/>
        </w:rPr>
      </w:pPr>
      <w:r w:rsidRPr="00000ABF">
        <w:rPr>
          <w:sz w:val="20"/>
          <w:szCs w:val="20"/>
        </w:rPr>
        <w:t>Eligibility and coverage may change at the discretion of the company in accordance with plan documents and applicable law.</w:t>
      </w:r>
    </w:p>
    <w:p w14:paraId="35C945D6" w14:textId="77777777" w:rsidR="00000ABF" w:rsidRPr="00000ABF" w:rsidRDefault="00000ABF" w:rsidP="00000ABF">
      <w:pPr>
        <w:spacing w:before="100" w:beforeAutospacing="1" w:after="100" w:afterAutospacing="1" w:line="240" w:lineRule="auto"/>
        <w:outlineLvl w:val="2"/>
        <w:rPr>
          <w:rFonts w:eastAsia="Times New Roman" w:cs="Times New Roman"/>
          <w:b/>
          <w:bCs/>
          <w:sz w:val="20"/>
          <w:szCs w:val="20"/>
        </w:rPr>
      </w:pPr>
      <w:r w:rsidRPr="00000ABF">
        <w:rPr>
          <w:rFonts w:eastAsia="Times New Roman" w:cs="Times New Roman"/>
          <w:b/>
          <w:bCs/>
          <w:sz w:val="20"/>
          <w:szCs w:val="20"/>
        </w:rPr>
        <w:t>Conditions of Employment</w:t>
      </w:r>
    </w:p>
    <w:p w14:paraId="0588E775" w14:textId="77777777" w:rsidR="00000ABF" w:rsidRPr="00000ABF" w:rsidRDefault="00000ABF" w:rsidP="00000ABF">
      <w:pPr>
        <w:spacing w:before="100" w:beforeAutospacing="1" w:after="100" w:afterAutospacing="1" w:line="240" w:lineRule="auto"/>
        <w:rPr>
          <w:rFonts w:eastAsia="Times New Roman" w:cs="Times New Roman"/>
          <w:sz w:val="20"/>
          <w:szCs w:val="20"/>
        </w:rPr>
      </w:pPr>
      <w:r w:rsidRPr="00000ABF">
        <w:rPr>
          <w:rFonts w:eastAsia="Times New Roman" w:cs="Times New Roman"/>
          <w:sz w:val="20"/>
          <w:szCs w:val="20"/>
        </w:rPr>
        <w:t>This offer is contingent upon:</w:t>
      </w:r>
    </w:p>
    <w:p w14:paraId="70241645" w14:textId="77777777" w:rsidR="00000ABF" w:rsidRPr="00000ABF" w:rsidRDefault="00000ABF" w:rsidP="00000ABF">
      <w:pPr>
        <w:numPr>
          <w:ilvl w:val="0"/>
          <w:numId w:val="11"/>
        </w:numPr>
        <w:spacing w:before="100" w:beforeAutospacing="1" w:after="100" w:afterAutospacing="1" w:line="240" w:lineRule="auto"/>
        <w:rPr>
          <w:rFonts w:eastAsia="Times New Roman" w:cs="Times New Roman"/>
          <w:sz w:val="20"/>
          <w:szCs w:val="20"/>
        </w:rPr>
      </w:pPr>
      <w:r w:rsidRPr="00000ABF">
        <w:rPr>
          <w:rFonts w:eastAsia="Times New Roman" w:cs="Times New Roman"/>
          <w:sz w:val="20"/>
          <w:szCs w:val="20"/>
        </w:rPr>
        <w:t>Completion of all required onboarding documents</w:t>
      </w:r>
    </w:p>
    <w:p w14:paraId="337739B2" w14:textId="77777777" w:rsidR="00000ABF" w:rsidRPr="00000ABF" w:rsidRDefault="00000ABF" w:rsidP="00000ABF">
      <w:pPr>
        <w:numPr>
          <w:ilvl w:val="0"/>
          <w:numId w:val="11"/>
        </w:numPr>
        <w:spacing w:before="100" w:beforeAutospacing="1" w:after="100" w:afterAutospacing="1" w:line="240" w:lineRule="auto"/>
        <w:rPr>
          <w:rFonts w:eastAsia="Times New Roman" w:cs="Times New Roman"/>
          <w:sz w:val="20"/>
          <w:szCs w:val="20"/>
        </w:rPr>
      </w:pPr>
      <w:r w:rsidRPr="00000ABF">
        <w:rPr>
          <w:rFonts w:eastAsia="Times New Roman" w:cs="Times New Roman"/>
          <w:sz w:val="20"/>
          <w:szCs w:val="20"/>
        </w:rPr>
        <w:t>Verification of your identity and authorization to work in the United States (Form I-9)</w:t>
      </w:r>
    </w:p>
    <w:p w14:paraId="7FED3967" w14:textId="77777777" w:rsidR="00000ABF" w:rsidRPr="00000ABF" w:rsidRDefault="00000ABF" w:rsidP="00000ABF">
      <w:pPr>
        <w:numPr>
          <w:ilvl w:val="0"/>
          <w:numId w:val="11"/>
        </w:numPr>
        <w:spacing w:before="100" w:beforeAutospacing="1" w:after="100" w:afterAutospacing="1" w:line="240" w:lineRule="auto"/>
        <w:rPr>
          <w:rFonts w:eastAsia="Times New Roman" w:cs="Times New Roman"/>
          <w:sz w:val="20"/>
          <w:szCs w:val="20"/>
        </w:rPr>
      </w:pPr>
      <w:r w:rsidRPr="00000ABF">
        <w:rPr>
          <w:rFonts w:eastAsia="Times New Roman" w:cs="Times New Roman"/>
          <w:sz w:val="20"/>
          <w:szCs w:val="20"/>
        </w:rPr>
        <w:lastRenderedPageBreak/>
        <w:t>Satisfactory results from reference and/or background checks (if applicable)</w:t>
      </w:r>
    </w:p>
    <w:p w14:paraId="5F775697" w14:textId="4CE1D31E" w:rsidR="00000ABF" w:rsidRPr="00A9339D" w:rsidRDefault="00000ABF" w:rsidP="00000ABF">
      <w:pPr>
        <w:spacing w:before="100" w:beforeAutospacing="1" w:after="100" w:afterAutospacing="1" w:line="240" w:lineRule="auto"/>
        <w:rPr>
          <w:rFonts w:eastAsia="Times New Roman" w:cs="Times New Roman"/>
          <w:sz w:val="20"/>
          <w:szCs w:val="20"/>
        </w:rPr>
      </w:pPr>
      <w:r w:rsidRPr="00000ABF">
        <w:rPr>
          <w:rFonts w:eastAsia="Times New Roman" w:cs="Times New Roman"/>
          <w:sz w:val="20"/>
          <w:szCs w:val="20"/>
        </w:rPr>
        <w:t>You will be provided with further instructions on how to complete these steps before your scheduled start date.</w:t>
      </w:r>
    </w:p>
    <w:p w14:paraId="79875A96" w14:textId="77777777" w:rsidR="00000ABF" w:rsidRPr="00A9339D" w:rsidRDefault="00000ABF">
      <w:pPr>
        <w:rPr>
          <w:b/>
          <w:color w:val="1D2F3A"/>
          <w:sz w:val="20"/>
          <w:szCs w:val="20"/>
        </w:rPr>
      </w:pPr>
    </w:p>
    <w:p w14:paraId="3F099A41" w14:textId="0041DB51" w:rsidR="00AC7BF9" w:rsidRPr="00A9339D" w:rsidRDefault="00000000">
      <w:pPr>
        <w:rPr>
          <w:sz w:val="20"/>
          <w:szCs w:val="20"/>
        </w:rPr>
      </w:pPr>
      <w:r w:rsidRPr="00A9339D">
        <w:rPr>
          <w:b/>
          <w:color w:val="1D2F3A"/>
          <w:sz w:val="20"/>
          <w:szCs w:val="20"/>
        </w:rPr>
        <w:t>At-Will Employment</w:t>
      </w:r>
    </w:p>
    <w:p w14:paraId="6543DB87" w14:textId="77777777" w:rsidR="00000ABF" w:rsidRPr="00000ABF" w:rsidRDefault="00000ABF" w:rsidP="00000ABF">
      <w:pPr>
        <w:rPr>
          <w:sz w:val="20"/>
          <w:szCs w:val="20"/>
        </w:rPr>
      </w:pPr>
      <w:r w:rsidRPr="00000ABF">
        <w:rPr>
          <w:sz w:val="20"/>
          <w:szCs w:val="20"/>
        </w:rPr>
        <w:t xml:space="preserve">Your employment with [Company Name] is </w:t>
      </w:r>
      <w:r w:rsidRPr="00000ABF">
        <w:rPr>
          <w:b/>
          <w:bCs/>
          <w:sz w:val="20"/>
          <w:szCs w:val="20"/>
        </w:rPr>
        <w:t>at-will</w:t>
      </w:r>
      <w:r w:rsidRPr="00000ABF">
        <w:rPr>
          <w:sz w:val="20"/>
          <w:szCs w:val="20"/>
        </w:rPr>
        <w:t>. This means that either you or the company may terminate the employment relationship at any time, with or without cause or notice, subject only to applicable federal, state, or local laws. This letter does not constitute a contract for any specific term of employment.</w:t>
      </w:r>
    </w:p>
    <w:p w14:paraId="4674EA45" w14:textId="77777777" w:rsidR="00AC7BF9" w:rsidRPr="00A9339D" w:rsidRDefault="00AC7BF9">
      <w:pPr>
        <w:rPr>
          <w:sz w:val="20"/>
          <w:szCs w:val="20"/>
        </w:rPr>
      </w:pPr>
    </w:p>
    <w:p w14:paraId="0E4C45CA" w14:textId="77777777" w:rsidR="00AC7BF9" w:rsidRPr="00A9339D" w:rsidRDefault="00000000">
      <w:pPr>
        <w:rPr>
          <w:sz w:val="20"/>
          <w:szCs w:val="20"/>
        </w:rPr>
      </w:pPr>
      <w:r w:rsidRPr="00A9339D">
        <w:rPr>
          <w:b/>
          <w:color w:val="1D2F3A"/>
          <w:sz w:val="20"/>
          <w:szCs w:val="20"/>
        </w:rPr>
        <w:t>Acceptance of Offer</w:t>
      </w:r>
    </w:p>
    <w:p w14:paraId="4C13917E" w14:textId="77777777" w:rsidR="00000ABF" w:rsidRPr="00000ABF" w:rsidRDefault="00000ABF" w:rsidP="00000ABF">
      <w:pPr>
        <w:rPr>
          <w:sz w:val="20"/>
          <w:szCs w:val="20"/>
        </w:rPr>
      </w:pPr>
      <w:r w:rsidRPr="00000ABF">
        <w:rPr>
          <w:sz w:val="20"/>
          <w:szCs w:val="20"/>
        </w:rPr>
        <w:t xml:space="preserve">To confirm your acceptance of this offer, please sign and return a copy of this letter by </w:t>
      </w:r>
      <w:r w:rsidRPr="00000ABF">
        <w:rPr>
          <w:b/>
          <w:bCs/>
          <w:sz w:val="20"/>
          <w:szCs w:val="20"/>
        </w:rPr>
        <w:t>[Offer Expiration Date]</w:t>
      </w:r>
      <w:r w:rsidRPr="00000ABF">
        <w:rPr>
          <w:sz w:val="20"/>
          <w:szCs w:val="20"/>
        </w:rPr>
        <w:t>. A countersigned copy will be returned to you for your records.</w:t>
      </w:r>
    </w:p>
    <w:p w14:paraId="25C16398" w14:textId="77777777" w:rsidR="00000ABF" w:rsidRPr="00000ABF" w:rsidRDefault="00000ABF" w:rsidP="00000ABF">
      <w:pPr>
        <w:rPr>
          <w:sz w:val="20"/>
          <w:szCs w:val="20"/>
        </w:rPr>
      </w:pPr>
      <w:r w:rsidRPr="00000ABF">
        <w:rPr>
          <w:sz w:val="20"/>
          <w:szCs w:val="20"/>
        </w:rPr>
        <w:t>We are excited to welcome you aboard and look forward to working together to achieve great things.</w:t>
      </w:r>
    </w:p>
    <w:p w14:paraId="453B5CF5" w14:textId="77777777" w:rsidR="00000ABF" w:rsidRPr="00A9339D" w:rsidRDefault="00000ABF" w:rsidP="00000ABF">
      <w:pPr>
        <w:rPr>
          <w:sz w:val="20"/>
          <w:szCs w:val="20"/>
        </w:rPr>
      </w:pPr>
      <w:r w:rsidRPr="00000ABF">
        <w:rPr>
          <w:sz w:val="20"/>
          <w:szCs w:val="20"/>
        </w:rPr>
        <w:t>Sincerely,</w:t>
      </w:r>
    </w:p>
    <w:p w14:paraId="2BF5C68B" w14:textId="77777777" w:rsidR="00000ABF" w:rsidRPr="00A9339D" w:rsidRDefault="00000ABF" w:rsidP="00000ABF">
      <w:pPr>
        <w:rPr>
          <w:sz w:val="20"/>
          <w:szCs w:val="20"/>
        </w:rPr>
      </w:pPr>
    </w:p>
    <w:p w14:paraId="07168960" w14:textId="116A095C" w:rsidR="00000ABF" w:rsidRPr="00000ABF" w:rsidRDefault="00000ABF" w:rsidP="00000ABF">
      <w:pPr>
        <w:rPr>
          <w:sz w:val="20"/>
          <w:szCs w:val="20"/>
        </w:rPr>
      </w:pPr>
      <w:r w:rsidRPr="00000ABF">
        <w:rPr>
          <w:sz w:val="20"/>
          <w:szCs w:val="20"/>
        </w:rPr>
        <w:br/>
      </w:r>
      <w:r w:rsidRPr="00000ABF">
        <w:rPr>
          <w:b/>
          <w:bCs/>
          <w:sz w:val="20"/>
          <w:szCs w:val="20"/>
        </w:rPr>
        <w:t>[Your Name]</w:t>
      </w:r>
      <w:r w:rsidRPr="00000ABF">
        <w:rPr>
          <w:sz w:val="20"/>
          <w:szCs w:val="20"/>
        </w:rPr>
        <w:br/>
      </w:r>
      <w:r w:rsidRPr="00000ABF">
        <w:rPr>
          <w:b/>
          <w:bCs/>
          <w:sz w:val="20"/>
          <w:szCs w:val="20"/>
        </w:rPr>
        <w:t>[Your Title]</w:t>
      </w:r>
      <w:r w:rsidRPr="00000ABF">
        <w:rPr>
          <w:sz w:val="20"/>
          <w:szCs w:val="20"/>
        </w:rPr>
        <w:br/>
      </w:r>
      <w:r w:rsidRPr="00000ABF">
        <w:rPr>
          <w:b/>
          <w:bCs/>
          <w:sz w:val="20"/>
          <w:szCs w:val="20"/>
        </w:rPr>
        <w:t>[Company Name]</w:t>
      </w:r>
      <w:r w:rsidRPr="00000ABF">
        <w:rPr>
          <w:sz w:val="20"/>
          <w:szCs w:val="20"/>
        </w:rPr>
        <w:br/>
        <w:t>[Email Address] | [Phone Number]</w:t>
      </w:r>
    </w:p>
    <w:p w14:paraId="0C593718" w14:textId="77777777" w:rsidR="00AC7BF9" w:rsidRPr="00A9339D" w:rsidRDefault="00AC7BF9">
      <w:pPr>
        <w:rPr>
          <w:sz w:val="20"/>
          <w:szCs w:val="20"/>
        </w:rPr>
      </w:pPr>
    </w:p>
    <w:p w14:paraId="6B28DB6E" w14:textId="77777777" w:rsidR="00000ABF" w:rsidRPr="00000ABF" w:rsidRDefault="00000ABF" w:rsidP="00000ABF">
      <w:pPr>
        <w:rPr>
          <w:b/>
          <w:bCs/>
          <w:color w:val="1D2F3A"/>
          <w:sz w:val="20"/>
          <w:szCs w:val="20"/>
        </w:rPr>
      </w:pPr>
      <w:r w:rsidRPr="00000ABF">
        <w:rPr>
          <w:b/>
          <w:bCs/>
          <w:color w:val="1D2F3A"/>
          <w:sz w:val="20"/>
          <w:szCs w:val="20"/>
        </w:rPr>
        <w:t>Candidate Acknowledgment and Acceptance</w:t>
      </w:r>
    </w:p>
    <w:p w14:paraId="6DA6EB16" w14:textId="77777777" w:rsidR="00000ABF" w:rsidRPr="00000ABF" w:rsidRDefault="00000ABF" w:rsidP="00000ABF">
      <w:pPr>
        <w:rPr>
          <w:sz w:val="20"/>
          <w:szCs w:val="20"/>
        </w:rPr>
      </w:pPr>
      <w:r w:rsidRPr="00000ABF">
        <w:rPr>
          <w:sz w:val="20"/>
          <w:szCs w:val="20"/>
        </w:rPr>
        <w:t xml:space="preserve">I, </w:t>
      </w:r>
      <w:r w:rsidRPr="00000ABF">
        <w:rPr>
          <w:b/>
          <w:bCs/>
          <w:sz w:val="20"/>
          <w:szCs w:val="20"/>
        </w:rPr>
        <w:t>[Candidate Name]</w:t>
      </w:r>
      <w:r w:rsidRPr="00000ABF">
        <w:rPr>
          <w:sz w:val="20"/>
          <w:szCs w:val="20"/>
        </w:rPr>
        <w:t xml:space="preserve">, accept the offer of employment as outlined in this letter. I understand and agree </w:t>
      </w:r>
      <w:proofErr w:type="gramStart"/>
      <w:r w:rsidRPr="00000ABF">
        <w:rPr>
          <w:sz w:val="20"/>
          <w:szCs w:val="20"/>
        </w:rPr>
        <w:t>to</w:t>
      </w:r>
      <w:proofErr w:type="gramEnd"/>
      <w:r w:rsidRPr="00000ABF">
        <w:rPr>
          <w:sz w:val="20"/>
          <w:szCs w:val="20"/>
        </w:rPr>
        <w:t xml:space="preserve"> the terms described above, including the at-will nature of my employment.</w:t>
      </w:r>
    </w:p>
    <w:p w14:paraId="37958BBA" w14:textId="0CC03508" w:rsidR="00000ABF" w:rsidRPr="00000ABF" w:rsidRDefault="00000ABF" w:rsidP="00000ABF">
      <w:pPr>
        <w:rPr>
          <w:sz w:val="20"/>
          <w:szCs w:val="20"/>
        </w:rPr>
      </w:pPr>
      <w:r w:rsidRPr="00000ABF">
        <w:rPr>
          <w:b/>
          <w:bCs/>
          <w:sz w:val="20"/>
          <w:szCs w:val="20"/>
        </w:rPr>
        <w:t>Signature:</w:t>
      </w:r>
      <w:r w:rsidRPr="00000ABF">
        <w:rPr>
          <w:sz w:val="20"/>
          <w:szCs w:val="20"/>
        </w:rPr>
        <w:t xml:space="preserve"> _________</w:t>
      </w:r>
      <w:r w:rsidR="00A9339D">
        <w:rPr>
          <w:sz w:val="20"/>
          <w:szCs w:val="20"/>
        </w:rPr>
        <w:t>____________________________</w:t>
      </w:r>
      <w:r w:rsidRPr="00000ABF">
        <w:rPr>
          <w:sz w:val="20"/>
          <w:szCs w:val="20"/>
        </w:rPr>
        <w:t>__________________</w:t>
      </w:r>
      <w:r w:rsidRPr="00000ABF">
        <w:rPr>
          <w:sz w:val="20"/>
          <w:szCs w:val="20"/>
        </w:rPr>
        <w:br/>
      </w:r>
      <w:r w:rsidRPr="00000ABF">
        <w:rPr>
          <w:b/>
          <w:bCs/>
          <w:sz w:val="20"/>
          <w:szCs w:val="20"/>
        </w:rPr>
        <w:t>Date:</w:t>
      </w:r>
      <w:r w:rsidRPr="00000ABF">
        <w:rPr>
          <w:sz w:val="20"/>
          <w:szCs w:val="20"/>
        </w:rPr>
        <w:t xml:space="preserve"> _______________________________</w:t>
      </w:r>
      <w:r w:rsidR="00A9339D">
        <w:rPr>
          <w:sz w:val="20"/>
          <w:szCs w:val="20"/>
        </w:rPr>
        <w:t>______________________________</w:t>
      </w:r>
    </w:p>
    <w:p w14:paraId="7595A7D2" w14:textId="794F2E0F" w:rsidR="00AC7BF9" w:rsidRPr="00A9339D" w:rsidRDefault="00AC7BF9">
      <w:pPr>
        <w:rPr>
          <w:sz w:val="20"/>
          <w:szCs w:val="20"/>
        </w:rPr>
      </w:pPr>
    </w:p>
    <w:p w14:paraId="09542B10" w14:textId="77777777" w:rsidR="00AC7BF9" w:rsidRPr="00A9339D" w:rsidRDefault="00AC7BF9">
      <w:pPr>
        <w:rPr>
          <w:sz w:val="20"/>
          <w:szCs w:val="20"/>
        </w:rPr>
      </w:pPr>
    </w:p>
    <w:p w14:paraId="533B2AD7" w14:textId="77777777" w:rsidR="00000ABF" w:rsidRPr="00A9339D" w:rsidRDefault="00000ABF">
      <w:pPr>
        <w:rPr>
          <w:b/>
          <w:color w:val="C1873D"/>
          <w:sz w:val="20"/>
          <w:szCs w:val="20"/>
        </w:rPr>
      </w:pPr>
    </w:p>
    <w:p w14:paraId="3487B293" w14:textId="7C5E9305" w:rsidR="00AC7BF9" w:rsidRPr="00A9339D" w:rsidRDefault="00000000">
      <w:pPr>
        <w:rPr>
          <w:sz w:val="20"/>
          <w:szCs w:val="20"/>
        </w:rPr>
      </w:pPr>
      <w:r w:rsidRPr="00A9339D">
        <w:rPr>
          <w:b/>
          <w:color w:val="C1873D"/>
          <w:sz w:val="20"/>
          <w:szCs w:val="20"/>
        </w:rPr>
        <w:t>Ready to Build a High-Performing Team?</w:t>
      </w:r>
    </w:p>
    <w:p w14:paraId="54DA91FC" w14:textId="77777777" w:rsidR="00AC7BF9" w:rsidRPr="00A9339D" w:rsidRDefault="00000000">
      <w:pPr>
        <w:rPr>
          <w:sz w:val="20"/>
          <w:szCs w:val="20"/>
        </w:rPr>
      </w:pPr>
      <w:r w:rsidRPr="00A9339D">
        <w:rPr>
          <w:sz w:val="20"/>
          <w:szCs w:val="20"/>
        </w:rPr>
        <w:t>This template is just the beginning. Faulkner HR Solutions provides premium audits and advisory services to help you design and implement a comprehensive talent acquisition strategy.</w:t>
      </w:r>
      <w:r w:rsidRPr="00A9339D">
        <w:rPr>
          <w:sz w:val="20"/>
          <w:szCs w:val="20"/>
        </w:rPr>
        <w:br/>
      </w:r>
      <w:r w:rsidRPr="00A9339D">
        <w:rPr>
          <w:sz w:val="20"/>
          <w:szCs w:val="20"/>
        </w:rPr>
        <w:br/>
        <w:t>📍 Visit us at www.faulknerhrsolutions.info to learn how we can help you hire smarter, reduce risk, and build the workforce you need to succeed.</w:t>
      </w:r>
    </w:p>
    <w:p w14:paraId="601F4F8E" w14:textId="77777777" w:rsidR="00AC7BF9" w:rsidRPr="00A9339D" w:rsidRDefault="00000000">
      <w:pPr>
        <w:rPr>
          <w:sz w:val="20"/>
          <w:szCs w:val="20"/>
        </w:rPr>
      </w:pPr>
      <w:r w:rsidRPr="00A9339D">
        <w:rPr>
          <w:sz w:val="20"/>
          <w:szCs w:val="20"/>
        </w:rPr>
        <w:t>© 2025 Faulkner HR Solutions | Redesigning the Way Organizations Grow</w:t>
      </w:r>
    </w:p>
    <w:sectPr w:rsidR="00AC7BF9" w:rsidRPr="00A9339D" w:rsidSect="00000ABF">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50BC" w14:textId="77777777" w:rsidR="00470779" w:rsidRDefault="00470779" w:rsidP="00000ABF">
      <w:pPr>
        <w:spacing w:after="0" w:line="240" w:lineRule="auto"/>
      </w:pPr>
      <w:r>
        <w:separator/>
      </w:r>
    </w:p>
  </w:endnote>
  <w:endnote w:type="continuationSeparator" w:id="0">
    <w:p w14:paraId="560BF65E" w14:textId="77777777" w:rsidR="00470779" w:rsidRDefault="00470779" w:rsidP="0000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6D40" w14:textId="5A161A0C" w:rsidR="00000ABF" w:rsidRPr="00000ABF" w:rsidRDefault="00000ABF" w:rsidP="00000ABF">
    <w:pPr>
      <w:pStyle w:val="Footer"/>
      <w:rPr>
        <w:sz w:val="12"/>
        <w:szCs w:val="12"/>
      </w:rPr>
    </w:pPr>
    <w:r w:rsidRPr="00000ABF">
      <w:rPr>
        <w:b/>
        <w:sz w:val="12"/>
        <w:szCs w:val="12"/>
      </w:rPr>
      <w:t>Disclaimer</w:t>
    </w:r>
    <w:r>
      <w:rPr>
        <w:sz w:val="12"/>
        <w:szCs w:val="12"/>
      </w:rPr>
      <w:t xml:space="preserve">: </w:t>
    </w:r>
    <w:r w:rsidRPr="00000ABF">
      <w:rPr>
        <w:sz w:val="14"/>
        <w:szCs w:val="14"/>
      </w:rPr>
      <w:t>This template is provided by Faulkner HR Solutions for educational purposes only and does not constitute legal advice. Employers should consult with legal counsel to ensure compliance with federal, state, and local employment laws. Faulkner HR Solutions assumes no liability for the use or misuse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6A729" w14:textId="77777777" w:rsidR="00470779" w:rsidRDefault="00470779" w:rsidP="00000ABF">
      <w:pPr>
        <w:spacing w:after="0" w:line="240" w:lineRule="auto"/>
      </w:pPr>
      <w:r>
        <w:separator/>
      </w:r>
    </w:p>
  </w:footnote>
  <w:footnote w:type="continuationSeparator" w:id="0">
    <w:p w14:paraId="51A6A01F" w14:textId="77777777" w:rsidR="00470779" w:rsidRDefault="00470779" w:rsidP="00000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74A58CD"/>
    <w:multiLevelType w:val="multilevel"/>
    <w:tmpl w:val="03C0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80FCC"/>
    <w:multiLevelType w:val="multilevel"/>
    <w:tmpl w:val="508A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2121267">
    <w:abstractNumId w:val="8"/>
  </w:num>
  <w:num w:numId="2" w16cid:durableId="2090737202">
    <w:abstractNumId w:val="6"/>
  </w:num>
  <w:num w:numId="3" w16cid:durableId="705521336">
    <w:abstractNumId w:val="5"/>
  </w:num>
  <w:num w:numId="4" w16cid:durableId="1580677208">
    <w:abstractNumId w:val="4"/>
  </w:num>
  <w:num w:numId="5" w16cid:durableId="1297876270">
    <w:abstractNumId w:val="7"/>
  </w:num>
  <w:num w:numId="6" w16cid:durableId="1692098380">
    <w:abstractNumId w:val="3"/>
  </w:num>
  <w:num w:numId="7" w16cid:durableId="1167594608">
    <w:abstractNumId w:val="2"/>
  </w:num>
  <w:num w:numId="8" w16cid:durableId="1997175614">
    <w:abstractNumId w:val="1"/>
  </w:num>
  <w:num w:numId="9" w16cid:durableId="1441946535">
    <w:abstractNumId w:val="0"/>
  </w:num>
  <w:num w:numId="10" w16cid:durableId="2086103321">
    <w:abstractNumId w:val="10"/>
  </w:num>
  <w:num w:numId="11" w16cid:durableId="15519624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ABF"/>
    <w:rsid w:val="00034616"/>
    <w:rsid w:val="0006063C"/>
    <w:rsid w:val="0015074B"/>
    <w:rsid w:val="0029639D"/>
    <w:rsid w:val="00326F90"/>
    <w:rsid w:val="00470779"/>
    <w:rsid w:val="007731C2"/>
    <w:rsid w:val="00A9339D"/>
    <w:rsid w:val="00AA1D8D"/>
    <w:rsid w:val="00AC7BF9"/>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EAFC"/>
  <w14:defaultImageDpi w14:val="300"/>
  <w15:docId w15:val="{0AB30C4B-BFD4-4209-86AE-85118E2F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502</Words>
  <Characters>2813</Characters>
  <Application>Microsoft Office Word</Application>
  <DocSecurity>0</DocSecurity>
  <Lines>72</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Thomas Faulkner</cp:lastModifiedBy>
  <cp:revision>2</cp:revision>
  <dcterms:created xsi:type="dcterms:W3CDTF">2025-09-01T23:00:00Z</dcterms:created>
  <dcterms:modified xsi:type="dcterms:W3CDTF">2025-09-01T23:00:00Z</dcterms:modified>
  <cp:category/>
</cp:coreProperties>
</file>