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429BA" w14:textId="5E3FD724" w:rsidR="00CB305E" w:rsidRPr="009108E5" w:rsidRDefault="00552D86">
      <w:r>
        <w:rPr>
          <w:b/>
          <w:noProof/>
          <w:color w:val="1D2F3A"/>
          <w:sz w:val="24"/>
        </w:rPr>
        <w:drawing>
          <wp:anchor distT="0" distB="0" distL="114300" distR="114300" simplePos="0" relativeHeight="251656704" behindDoc="1" locked="0" layoutInCell="1" allowOverlap="1" wp14:anchorId="1A0C0952" wp14:editId="2DCD43BD">
            <wp:simplePos x="0" y="0"/>
            <wp:positionH relativeFrom="column">
              <wp:posOffset>5615940</wp:posOffset>
            </wp:positionH>
            <wp:positionV relativeFrom="paragraph">
              <wp:posOffset>0</wp:posOffset>
            </wp:positionV>
            <wp:extent cx="1242060" cy="1242060"/>
            <wp:effectExtent l="0" t="0" r="0" b="0"/>
            <wp:wrapNone/>
            <wp:docPr id="1235007546" name="Picture 16" descr="A logo with a sta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7546" name="Picture 16" descr="A logo with a star and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sidRPr="009108E5">
        <w:rPr>
          <w:b/>
          <w:color w:val="1D2F3A"/>
          <w:sz w:val="32"/>
        </w:rPr>
        <w:t>Faulkner HR Solutions</w:t>
      </w:r>
      <w:r w:rsidR="00000000" w:rsidRPr="009108E5">
        <w:rPr>
          <w:b/>
          <w:color w:val="1D2F3A"/>
          <w:sz w:val="32"/>
        </w:rPr>
        <w:br/>
        <w:t>Incident Report Form</w:t>
      </w:r>
    </w:p>
    <w:p w14:paraId="39E7257A" w14:textId="71D8D82A" w:rsidR="00CB305E" w:rsidRPr="009108E5" w:rsidRDefault="00000000">
      <w:r w:rsidRPr="009108E5">
        <w:rPr>
          <w:color w:val="C1873D"/>
        </w:rPr>
        <w:t>Redesigning the Way Organizations Grow</w:t>
      </w:r>
    </w:p>
    <w:p w14:paraId="73959C4C" w14:textId="1CF42BC5" w:rsidR="00CB305E" w:rsidRPr="009108E5" w:rsidRDefault="00000000">
      <w:bookmarkStart w:id="0" w:name="_Hlk207657740"/>
      <w:bookmarkEnd w:id="0"/>
      <w:r w:rsidRPr="009108E5">
        <w:rPr>
          <w:b/>
          <w:color w:val="1D2F3A"/>
          <w:sz w:val="24"/>
        </w:rPr>
        <w:t>SECTION 1: Basic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60"/>
        <w:gridCol w:w="1980"/>
        <w:gridCol w:w="4032"/>
      </w:tblGrid>
      <w:tr w:rsidR="00CB305E" w:rsidRPr="009108E5" w14:paraId="3C3A5C24" w14:textId="77777777" w:rsidTr="009C0FF5">
        <w:trPr>
          <w:trHeight w:val="432"/>
        </w:trPr>
        <w:tc>
          <w:tcPr>
            <w:tcW w:w="2628" w:type="dxa"/>
            <w:gridSpan w:val="2"/>
          </w:tcPr>
          <w:p w14:paraId="4D9A0DCA" w14:textId="77777777" w:rsidR="00CB305E" w:rsidRPr="009108E5" w:rsidRDefault="00000000">
            <w:r w:rsidRPr="009108E5">
              <w:t>Incident Report Number:</w:t>
            </w:r>
          </w:p>
        </w:tc>
        <w:tc>
          <w:tcPr>
            <w:tcW w:w="6012" w:type="dxa"/>
            <w:gridSpan w:val="2"/>
          </w:tcPr>
          <w:p w14:paraId="2A0FD3BA" w14:textId="4200B8D2" w:rsidR="00CB305E" w:rsidRPr="009108E5" w:rsidRDefault="00000000">
            <w:r w:rsidRPr="009108E5">
              <w:t>_______________</w:t>
            </w:r>
            <w:r w:rsidR="009C0FF5" w:rsidRPr="009108E5">
              <w:t>_____________________________________________</w:t>
            </w:r>
            <w:r w:rsidRPr="009108E5">
              <w:t>___________</w:t>
            </w:r>
          </w:p>
        </w:tc>
      </w:tr>
      <w:tr w:rsidR="00CB305E" w:rsidRPr="009108E5" w14:paraId="45304A18" w14:textId="77777777" w:rsidTr="009C0FF5">
        <w:trPr>
          <w:trHeight w:val="432"/>
        </w:trPr>
        <w:tc>
          <w:tcPr>
            <w:tcW w:w="4608" w:type="dxa"/>
            <w:gridSpan w:val="3"/>
          </w:tcPr>
          <w:p w14:paraId="25ED9531" w14:textId="4FDE3278" w:rsidR="00CB305E" w:rsidRPr="009108E5" w:rsidRDefault="00000000">
            <w:r w:rsidRPr="009108E5">
              <w:t>Date of Incident:</w:t>
            </w:r>
            <w:r w:rsidR="009C0FF5" w:rsidRPr="009108E5">
              <w:t xml:space="preserve">   </w:t>
            </w:r>
            <w:r w:rsidRPr="009108E5">
              <w:t xml:space="preserve"> __</w:t>
            </w:r>
            <w:r w:rsidR="009C0FF5" w:rsidRPr="009108E5">
              <w:t>___</w:t>
            </w:r>
            <w:r w:rsidRPr="009108E5">
              <w:t>__ / __</w:t>
            </w:r>
            <w:r w:rsidR="009C0FF5" w:rsidRPr="009108E5">
              <w:t>___</w:t>
            </w:r>
            <w:r w:rsidRPr="009108E5">
              <w:t>__ / ___</w:t>
            </w:r>
            <w:r w:rsidR="009C0FF5" w:rsidRPr="009108E5">
              <w:t>___</w:t>
            </w:r>
            <w:r w:rsidRPr="009108E5">
              <w:t>___</w:t>
            </w:r>
          </w:p>
        </w:tc>
        <w:tc>
          <w:tcPr>
            <w:tcW w:w="4032" w:type="dxa"/>
          </w:tcPr>
          <w:p w14:paraId="2681308D" w14:textId="28F27D4D" w:rsidR="00CB305E" w:rsidRPr="009108E5" w:rsidRDefault="00000000">
            <w:r w:rsidRPr="009108E5">
              <w:t>Time: ____</w:t>
            </w:r>
            <w:r w:rsidR="00552D86">
              <w:t>__________</w:t>
            </w:r>
            <w:r w:rsidRPr="009108E5">
              <w:t>______ AM / PM</w:t>
            </w:r>
          </w:p>
        </w:tc>
      </w:tr>
      <w:tr w:rsidR="00CB305E" w:rsidRPr="009108E5" w14:paraId="56C9F9B2" w14:textId="77777777" w:rsidTr="009C0FF5">
        <w:trPr>
          <w:trHeight w:val="432"/>
        </w:trPr>
        <w:tc>
          <w:tcPr>
            <w:tcW w:w="2268" w:type="dxa"/>
          </w:tcPr>
          <w:p w14:paraId="68974F63" w14:textId="77777777" w:rsidR="00CB305E" w:rsidRPr="009108E5" w:rsidRDefault="00000000">
            <w:r w:rsidRPr="009108E5">
              <w:t>Location of Incident:</w:t>
            </w:r>
          </w:p>
        </w:tc>
        <w:tc>
          <w:tcPr>
            <w:tcW w:w="6372" w:type="dxa"/>
            <w:gridSpan w:val="3"/>
          </w:tcPr>
          <w:p w14:paraId="0FCD6C8C" w14:textId="7F6137C9" w:rsidR="00CB305E" w:rsidRPr="009108E5" w:rsidRDefault="00000000">
            <w:r w:rsidRPr="009108E5">
              <w:t>____________________</w:t>
            </w:r>
            <w:r w:rsidR="009C0FF5" w:rsidRPr="009108E5">
              <w:t>___________________________________</w:t>
            </w:r>
            <w:r w:rsidRPr="009108E5">
              <w:t>____________________</w:t>
            </w:r>
          </w:p>
        </w:tc>
      </w:tr>
    </w:tbl>
    <w:p w14:paraId="58F7D1A1" w14:textId="1A895BC9" w:rsidR="009C0FF5" w:rsidRPr="009108E5" w:rsidRDefault="009C0FF5">
      <w:pPr>
        <w:rPr>
          <w:b/>
          <w:color w:val="1D2F3A"/>
          <w:sz w:val="24"/>
        </w:rPr>
      </w:pPr>
    </w:p>
    <w:p w14:paraId="1D7CFC68" w14:textId="1B424904" w:rsidR="00CB305E" w:rsidRPr="009108E5" w:rsidRDefault="00000000">
      <w:r w:rsidRPr="009108E5">
        <w:rPr>
          <w:b/>
          <w:color w:val="1D2F3A"/>
          <w:sz w:val="24"/>
        </w:rPr>
        <w:t>SECTION 2: Incident Classification</w:t>
      </w:r>
    </w:p>
    <w:p w14:paraId="5EEBD3FB" w14:textId="01AC1622" w:rsidR="00CB305E" w:rsidRPr="009108E5" w:rsidRDefault="00000000" w:rsidP="009C0FF5">
      <w:pPr>
        <w:spacing w:line="360" w:lineRule="auto"/>
      </w:pPr>
      <w:r w:rsidRPr="009108E5">
        <w:t>Incident Type (Check all that apply):</w:t>
      </w:r>
      <w:r w:rsidRPr="009108E5">
        <w:br/>
      </w:r>
      <w:r w:rsidRPr="009108E5">
        <w:rPr>
          <w:rFonts w:ascii="Segoe UI Symbol" w:hAnsi="Segoe UI Symbol" w:cs="Segoe UI Symbol"/>
        </w:rPr>
        <w:t>☐</w:t>
      </w:r>
      <w:r w:rsidRPr="009108E5">
        <w:t xml:space="preserve"> Injury / Illness</w:t>
      </w:r>
      <w:proofErr w:type="gramStart"/>
      <w:r w:rsidR="009C0FF5" w:rsidRPr="009108E5">
        <w:tab/>
      </w:r>
      <w:r w:rsidRPr="009108E5">
        <w:t xml:space="preserve">  </w:t>
      </w:r>
      <w:r w:rsidR="00552D86">
        <w:tab/>
      </w:r>
      <w:proofErr w:type="gramEnd"/>
      <w:r w:rsidRPr="009108E5">
        <w:t xml:space="preserve"> </w:t>
      </w:r>
      <w:r w:rsidRPr="009108E5">
        <w:rPr>
          <w:rFonts w:ascii="Segoe UI Symbol" w:hAnsi="Segoe UI Symbol" w:cs="Segoe UI Symbol"/>
        </w:rPr>
        <w:t>☐</w:t>
      </w:r>
      <w:r w:rsidRPr="009108E5">
        <w:t xml:space="preserve"> Near Miss</w:t>
      </w:r>
      <w:r w:rsidR="009C0FF5" w:rsidRPr="009108E5">
        <w:tab/>
      </w:r>
      <w:r w:rsidR="009C0FF5" w:rsidRPr="009108E5">
        <w:tab/>
      </w:r>
      <w:r w:rsidRPr="009108E5">
        <w:t xml:space="preserve">   </w:t>
      </w:r>
      <w:r w:rsidRPr="009108E5">
        <w:rPr>
          <w:rFonts w:ascii="Segoe UI Symbol" w:hAnsi="Segoe UI Symbol" w:cs="Segoe UI Symbol"/>
        </w:rPr>
        <w:t>☐</w:t>
      </w:r>
      <w:r w:rsidRPr="009108E5">
        <w:t xml:space="preserve"> Unsafe Condition</w:t>
      </w:r>
      <w:r w:rsidR="009C0FF5" w:rsidRPr="009108E5">
        <w:tab/>
      </w:r>
      <w:r w:rsidR="009C0FF5" w:rsidRPr="009108E5">
        <w:tab/>
      </w:r>
      <w:r w:rsidRPr="009108E5">
        <w:t xml:space="preserve">   </w:t>
      </w:r>
      <w:r w:rsidRPr="009108E5">
        <w:rPr>
          <w:rFonts w:ascii="Segoe UI Symbol" w:hAnsi="Segoe UI Symbol" w:cs="Segoe UI Symbol"/>
        </w:rPr>
        <w:t>☐</w:t>
      </w:r>
      <w:r w:rsidRPr="009108E5">
        <w:t xml:space="preserve"> Property Damage</w:t>
      </w:r>
      <w:r w:rsidRPr="009108E5">
        <w:br/>
      </w:r>
      <w:r w:rsidRPr="009108E5">
        <w:rPr>
          <w:rFonts w:ascii="Segoe UI Symbol" w:hAnsi="Segoe UI Symbol" w:cs="Segoe UI Symbol"/>
        </w:rPr>
        <w:t>☐</w:t>
      </w:r>
      <w:r w:rsidRPr="009108E5">
        <w:t xml:space="preserve"> Environmental Spill  </w:t>
      </w:r>
      <w:r w:rsidR="009C0FF5" w:rsidRPr="009108E5">
        <w:t xml:space="preserve"> </w:t>
      </w:r>
      <w:r w:rsidRPr="009108E5">
        <w:t xml:space="preserve"> </w:t>
      </w:r>
      <w:r w:rsidR="00552D86">
        <w:tab/>
      </w:r>
      <w:r w:rsidRPr="009108E5">
        <w:rPr>
          <w:rFonts w:ascii="Segoe UI Symbol" w:hAnsi="Segoe UI Symbol" w:cs="Segoe UI Symbol"/>
        </w:rPr>
        <w:t>☐</w:t>
      </w:r>
      <w:r w:rsidRPr="009108E5">
        <w:t xml:space="preserve"> Fire / Explosion   </w:t>
      </w:r>
      <w:r w:rsidR="009C0FF5" w:rsidRPr="009108E5">
        <w:tab/>
        <w:t xml:space="preserve">   </w:t>
      </w:r>
      <w:r w:rsidRPr="009108E5">
        <w:rPr>
          <w:rFonts w:ascii="Segoe UI Symbol" w:hAnsi="Segoe UI Symbol" w:cs="Segoe UI Symbol"/>
        </w:rPr>
        <w:t>☐</w:t>
      </w:r>
      <w:r w:rsidRPr="009108E5">
        <w:t xml:space="preserve"> Other: _______________________</w:t>
      </w:r>
    </w:p>
    <w:p w14:paraId="183038DA" w14:textId="77777777" w:rsidR="00CB305E" w:rsidRPr="009108E5" w:rsidRDefault="00000000">
      <w:r w:rsidRPr="009108E5">
        <w:rPr>
          <w:b/>
          <w:color w:val="1D2F3A"/>
          <w:sz w:val="24"/>
        </w:rPr>
        <w:t>SECTION 3: Injured Person Information</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7294"/>
      </w:tblGrid>
      <w:tr w:rsidR="00CB305E" w:rsidRPr="009108E5" w14:paraId="0A3CAA50" w14:textId="77777777" w:rsidTr="00552D86">
        <w:trPr>
          <w:trHeight w:val="273"/>
        </w:trPr>
        <w:tc>
          <w:tcPr>
            <w:tcW w:w="1706" w:type="dxa"/>
          </w:tcPr>
          <w:p w14:paraId="0D01AF8E" w14:textId="77777777" w:rsidR="00CB305E" w:rsidRPr="009108E5" w:rsidRDefault="00000000">
            <w:r w:rsidRPr="009108E5">
              <w:t>Name:</w:t>
            </w:r>
          </w:p>
        </w:tc>
        <w:tc>
          <w:tcPr>
            <w:tcW w:w="7294" w:type="dxa"/>
            <w:tcBorders>
              <w:bottom w:val="single" w:sz="4" w:space="0" w:color="auto"/>
            </w:tcBorders>
          </w:tcPr>
          <w:p w14:paraId="14B8A272" w14:textId="2D918B0D" w:rsidR="00CB305E" w:rsidRPr="009108E5" w:rsidRDefault="00CB305E"/>
        </w:tc>
      </w:tr>
      <w:tr w:rsidR="00CB305E" w:rsidRPr="009108E5" w14:paraId="210D8E21" w14:textId="77777777" w:rsidTr="00552D86">
        <w:trPr>
          <w:trHeight w:val="286"/>
        </w:trPr>
        <w:tc>
          <w:tcPr>
            <w:tcW w:w="1706" w:type="dxa"/>
          </w:tcPr>
          <w:p w14:paraId="545E69B2" w14:textId="77777777" w:rsidR="00CB305E" w:rsidRPr="009108E5" w:rsidRDefault="00000000">
            <w:r w:rsidRPr="009108E5">
              <w:t>Job Title:</w:t>
            </w:r>
          </w:p>
        </w:tc>
        <w:tc>
          <w:tcPr>
            <w:tcW w:w="7294" w:type="dxa"/>
            <w:tcBorders>
              <w:top w:val="single" w:sz="4" w:space="0" w:color="auto"/>
              <w:bottom w:val="single" w:sz="4" w:space="0" w:color="auto"/>
            </w:tcBorders>
          </w:tcPr>
          <w:p w14:paraId="4509B911" w14:textId="43904651" w:rsidR="00CB305E" w:rsidRPr="009108E5" w:rsidRDefault="00CB305E"/>
        </w:tc>
      </w:tr>
      <w:tr w:rsidR="00CB305E" w:rsidRPr="009108E5" w14:paraId="59927FCD" w14:textId="77777777" w:rsidTr="00552D86">
        <w:trPr>
          <w:trHeight w:val="273"/>
        </w:trPr>
        <w:tc>
          <w:tcPr>
            <w:tcW w:w="1706" w:type="dxa"/>
          </w:tcPr>
          <w:p w14:paraId="2012505F" w14:textId="77777777" w:rsidR="00CB305E" w:rsidRPr="009108E5" w:rsidRDefault="00CB305E"/>
        </w:tc>
        <w:tc>
          <w:tcPr>
            <w:tcW w:w="7294" w:type="dxa"/>
            <w:tcBorders>
              <w:top w:val="single" w:sz="4" w:space="0" w:color="auto"/>
            </w:tcBorders>
          </w:tcPr>
          <w:p w14:paraId="79A211D1" w14:textId="10E66E0A" w:rsidR="00CB305E" w:rsidRPr="009108E5" w:rsidRDefault="00CB305E"/>
        </w:tc>
      </w:tr>
      <w:tr w:rsidR="00CB305E" w:rsidRPr="009108E5" w14:paraId="7B3D5111" w14:textId="77777777" w:rsidTr="00552D86">
        <w:trPr>
          <w:trHeight w:val="286"/>
        </w:trPr>
        <w:tc>
          <w:tcPr>
            <w:tcW w:w="1706" w:type="dxa"/>
          </w:tcPr>
          <w:p w14:paraId="643DC57F" w14:textId="77777777" w:rsidR="00CB305E" w:rsidRPr="009108E5" w:rsidRDefault="00000000">
            <w:r w:rsidRPr="009108E5">
              <w:t>Department:</w:t>
            </w:r>
          </w:p>
        </w:tc>
        <w:tc>
          <w:tcPr>
            <w:tcW w:w="7294" w:type="dxa"/>
            <w:tcBorders>
              <w:bottom w:val="single" w:sz="4" w:space="0" w:color="auto"/>
            </w:tcBorders>
          </w:tcPr>
          <w:p w14:paraId="30CE73CD" w14:textId="59D6A48B" w:rsidR="00CB305E" w:rsidRPr="009108E5" w:rsidRDefault="009C0FF5" w:rsidP="009C0FF5">
            <w:pPr>
              <w:tabs>
                <w:tab w:val="left" w:pos="1488"/>
              </w:tabs>
            </w:pPr>
            <w:r w:rsidRPr="009108E5">
              <w:tab/>
            </w:r>
          </w:p>
        </w:tc>
      </w:tr>
      <w:tr w:rsidR="00CB305E" w:rsidRPr="009108E5" w14:paraId="1E4C03F0" w14:textId="77777777" w:rsidTr="00552D86">
        <w:trPr>
          <w:trHeight w:val="273"/>
        </w:trPr>
        <w:tc>
          <w:tcPr>
            <w:tcW w:w="1706" w:type="dxa"/>
          </w:tcPr>
          <w:p w14:paraId="7A5BF1F5" w14:textId="518E424B" w:rsidR="00CB305E" w:rsidRPr="009108E5" w:rsidRDefault="00000000">
            <w:r w:rsidRPr="009108E5">
              <w:t>Contact Phone:</w:t>
            </w:r>
          </w:p>
        </w:tc>
        <w:tc>
          <w:tcPr>
            <w:tcW w:w="7294" w:type="dxa"/>
            <w:tcBorders>
              <w:top w:val="single" w:sz="4" w:space="0" w:color="auto"/>
              <w:bottom w:val="single" w:sz="4" w:space="0" w:color="auto"/>
            </w:tcBorders>
          </w:tcPr>
          <w:p w14:paraId="345E3CB7" w14:textId="77777777" w:rsidR="00CB305E" w:rsidRPr="009108E5" w:rsidRDefault="00CB305E" w:rsidP="009C0FF5">
            <w:pPr>
              <w:ind w:firstLine="720"/>
            </w:pPr>
          </w:p>
        </w:tc>
      </w:tr>
      <w:tr w:rsidR="009C0FF5" w:rsidRPr="009108E5" w14:paraId="6B01A827" w14:textId="77777777" w:rsidTr="00552D86">
        <w:trPr>
          <w:trHeight w:val="273"/>
        </w:trPr>
        <w:tc>
          <w:tcPr>
            <w:tcW w:w="1706" w:type="dxa"/>
          </w:tcPr>
          <w:p w14:paraId="3072D8E3" w14:textId="3C424418" w:rsidR="009C0FF5" w:rsidRPr="009108E5" w:rsidRDefault="009C0FF5" w:rsidP="009C0FF5">
            <w:r w:rsidRPr="009108E5">
              <w:t>Email</w:t>
            </w:r>
            <w:r w:rsidRPr="009108E5">
              <w:t xml:space="preserve"> Address</w:t>
            </w:r>
            <w:r w:rsidRPr="009108E5">
              <w:t>:</w:t>
            </w:r>
          </w:p>
        </w:tc>
        <w:tc>
          <w:tcPr>
            <w:tcW w:w="7294" w:type="dxa"/>
            <w:tcBorders>
              <w:top w:val="single" w:sz="4" w:space="0" w:color="auto"/>
              <w:bottom w:val="single" w:sz="4" w:space="0" w:color="auto"/>
            </w:tcBorders>
          </w:tcPr>
          <w:p w14:paraId="40F75195" w14:textId="77777777" w:rsidR="009C0FF5" w:rsidRPr="009108E5" w:rsidRDefault="009C0FF5" w:rsidP="009C0FF5"/>
        </w:tc>
      </w:tr>
    </w:tbl>
    <w:p w14:paraId="39FC3321" w14:textId="77777777" w:rsidR="009C0FF5" w:rsidRPr="009108E5" w:rsidRDefault="009C0FF5">
      <w:pPr>
        <w:rPr>
          <w:b/>
          <w:color w:val="1D2F3A"/>
          <w:sz w:val="24"/>
        </w:rPr>
      </w:pPr>
    </w:p>
    <w:p w14:paraId="653FBE4A" w14:textId="2D94A149" w:rsidR="00CB305E" w:rsidRPr="009108E5" w:rsidRDefault="00000000">
      <w:r w:rsidRPr="009108E5">
        <w:rPr>
          <w:b/>
          <w:color w:val="1D2F3A"/>
          <w:sz w:val="24"/>
        </w:rPr>
        <w:t>SECTION 4: Injury / Illness Details</w:t>
      </w:r>
    </w:p>
    <w:p w14:paraId="59740E40" w14:textId="63A6D9A3" w:rsidR="00CB305E" w:rsidRPr="009108E5" w:rsidRDefault="00000000">
      <w:r w:rsidRPr="009108E5">
        <w:t>Describe the injury/illness: __________</w:t>
      </w:r>
      <w:r w:rsidR="009C0FF5" w:rsidRPr="009108E5">
        <w:t>___________________________</w:t>
      </w:r>
      <w:r w:rsidRPr="009108E5">
        <w:t>__________________________________</w:t>
      </w:r>
    </w:p>
    <w:p w14:paraId="54538045" w14:textId="1F4BCA2D" w:rsidR="00CB305E" w:rsidRPr="009108E5" w:rsidRDefault="00000000">
      <w:r w:rsidRPr="009108E5">
        <w:t>Body part(s) affected: __________________</w:t>
      </w:r>
      <w:r w:rsidR="009C0FF5" w:rsidRPr="009108E5">
        <w:t>____________________________</w:t>
      </w:r>
      <w:r w:rsidRPr="009108E5">
        <w:t>_______________________________</w:t>
      </w:r>
    </w:p>
    <w:p w14:paraId="1F4CD1AD" w14:textId="66A6ABFA" w:rsidR="009C0FF5" w:rsidRPr="009108E5" w:rsidRDefault="00000000" w:rsidP="009C0FF5">
      <w:pPr>
        <w:ind w:left="3600" w:hanging="3600"/>
      </w:pPr>
      <w:r w:rsidRPr="009108E5">
        <w:t xml:space="preserve">PPE in use? </w:t>
      </w:r>
      <w:r w:rsidRPr="009108E5">
        <w:rPr>
          <w:rFonts w:ascii="Segoe UI Symbol" w:hAnsi="Segoe UI Symbol" w:cs="Segoe UI Symbol"/>
        </w:rPr>
        <w:t>☐</w:t>
      </w:r>
      <w:r w:rsidRPr="009108E5">
        <w:t xml:space="preserve"> Yes </w:t>
      </w:r>
      <w:r w:rsidRPr="009108E5">
        <w:rPr>
          <w:rFonts w:ascii="Segoe UI Symbol" w:hAnsi="Segoe UI Symbol" w:cs="Segoe UI Symbol"/>
        </w:rPr>
        <w:t>☐</w:t>
      </w:r>
      <w:r w:rsidRPr="009108E5">
        <w:t xml:space="preserve"> No</w:t>
      </w:r>
      <w:r w:rsidR="009C0FF5" w:rsidRPr="009108E5">
        <w:t xml:space="preserve">    </w:t>
      </w:r>
      <w:r w:rsidR="009C0FF5" w:rsidRPr="009108E5">
        <w:tab/>
      </w:r>
      <w:r w:rsidR="009C0FF5" w:rsidRPr="009108E5">
        <w:t xml:space="preserve">Medical treatment provided? </w:t>
      </w:r>
      <w:r w:rsidR="009C0FF5" w:rsidRPr="009108E5">
        <w:rPr>
          <w:rFonts w:ascii="Segoe UI Symbol" w:hAnsi="Segoe UI Symbol" w:cs="Segoe UI Symbol"/>
        </w:rPr>
        <w:t>☐</w:t>
      </w:r>
      <w:r w:rsidR="009C0FF5" w:rsidRPr="009108E5">
        <w:t xml:space="preserve"> Yes </w:t>
      </w:r>
      <w:r w:rsidR="009C0FF5" w:rsidRPr="009108E5">
        <w:rPr>
          <w:rFonts w:ascii="Segoe UI Symbol" w:hAnsi="Segoe UI Symbol" w:cs="Segoe UI Symbol"/>
        </w:rPr>
        <w:t>☐</w:t>
      </w:r>
      <w:r w:rsidR="009C0FF5" w:rsidRPr="009108E5">
        <w:t xml:space="preserve"> No    </w:t>
      </w:r>
      <w:r w:rsidR="009C0FF5" w:rsidRPr="009108E5">
        <w:br/>
      </w:r>
      <w:r w:rsidR="009C0FF5" w:rsidRPr="009108E5">
        <w:t>If yes, where? _______________</w:t>
      </w:r>
      <w:r w:rsidR="009C0FF5" w:rsidRPr="009108E5">
        <w:t>_______________________</w:t>
      </w:r>
      <w:r w:rsidR="009C0FF5" w:rsidRPr="009108E5">
        <w:t>___</w:t>
      </w:r>
    </w:p>
    <w:p w14:paraId="252DC861" w14:textId="77777777" w:rsidR="009108E5" w:rsidRDefault="009108E5"/>
    <w:p w14:paraId="7D2D5498" w14:textId="20EFA8DC" w:rsidR="00CB305E" w:rsidRPr="009108E5" w:rsidRDefault="00000000">
      <w:r w:rsidRPr="009108E5">
        <w:t>OSHA Recordkeeping Criteria (Check all that apply):</w:t>
      </w:r>
    </w:p>
    <w:tbl>
      <w:tblPr>
        <w:tblStyle w:val="TableGrid"/>
        <w:tblW w:w="98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5087"/>
      </w:tblGrid>
      <w:tr w:rsidR="009108E5" w:rsidRPr="009108E5" w14:paraId="119C1746" w14:textId="77777777" w:rsidTr="009108E5">
        <w:trPr>
          <w:jc w:val="center"/>
        </w:trPr>
        <w:tc>
          <w:tcPr>
            <w:tcW w:w="4727" w:type="dxa"/>
          </w:tcPr>
          <w:p w14:paraId="74673699" w14:textId="081BFCE2" w:rsidR="009108E5" w:rsidRPr="009108E5" w:rsidRDefault="009108E5" w:rsidP="009108E5">
            <w:pPr>
              <w:rPr>
                <w:rFonts w:cs="Times New Roman"/>
                <w:sz w:val="20"/>
                <w:szCs w:val="20"/>
              </w:rPr>
            </w:pPr>
            <w:r w:rsidRPr="009C0FF5">
              <w:rPr>
                <w:rFonts w:ascii="Segoe UI Symbol" w:hAnsi="Segoe UI Symbol" w:cs="Segoe UI Symbol"/>
                <w:sz w:val="20"/>
                <w:szCs w:val="20"/>
              </w:rPr>
              <w:t>☐</w:t>
            </w:r>
            <w:r w:rsidRPr="009C0FF5">
              <w:rPr>
                <w:rFonts w:cs="Times New Roman"/>
                <w:sz w:val="20"/>
                <w:szCs w:val="20"/>
              </w:rPr>
              <w:t xml:space="preserve"> Resulted in death</w:t>
            </w:r>
          </w:p>
        </w:tc>
        <w:tc>
          <w:tcPr>
            <w:tcW w:w="5087" w:type="dxa"/>
          </w:tcPr>
          <w:p w14:paraId="36A67ADA" w14:textId="0B221217" w:rsidR="009108E5" w:rsidRPr="009108E5" w:rsidRDefault="009108E5" w:rsidP="009108E5">
            <w:pPr>
              <w:rPr>
                <w:rFonts w:cs="Times New Roman"/>
                <w:sz w:val="20"/>
                <w:szCs w:val="20"/>
              </w:rPr>
            </w:pPr>
            <w:r w:rsidRPr="009C0FF5">
              <w:rPr>
                <w:rFonts w:ascii="Segoe UI Symbol" w:hAnsi="Segoe UI Symbol" w:cs="Segoe UI Symbol"/>
                <w:sz w:val="20"/>
                <w:szCs w:val="20"/>
              </w:rPr>
              <w:t>☐</w:t>
            </w:r>
            <w:r w:rsidRPr="009C0FF5">
              <w:rPr>
                <w:rFonts w:cs="Times New Roman"/>
                <w:sz w:val="20"/>
                <w:szCs w:val="20"/>
              </w:rPr>
              <w:t xml:space="preserve"> Loss of consciousness</w:t>
            </w:r>
          </w:p>
        </w:tc>
      </w:tr>
      <w:tr w:rsidR="009108E5" w:rsidRPr="009108E5" w14:paraId="3F2B9EE0" w14:textId="77777777" w:rsidTr="009108E5">
        <w:trPr>
          <w:jc w:val="center"/>
        </w:trPr>
        <w:tc>
          <w:tcPr>
            <w:tcW w:w="4727" w:type="dxa"/>
          </w:tcPr>
          <w:p w14:paraId="2C359A98" w14:textId="26940A53" w:rsidR="009108E5" w:rsidRPr="009108E5" w:rsidRDefault="009108E5" w:rsidP="009108E5">
            <w:pPr>
              <w:rPr>
                <w:rFonts w:cs="Times New Roman"/>
                <w:sz w:val="20"/>
                <w:szCs w:val="20"/>
              </w:rPr>
            </w:pPr>
            <w:r w:rsidRPr="009C0FF5">
              <w:rPr>
                <w:rFonts w:ascii="Segoe UI Symbol" w:hAnsi="Segoe UI Symbol" w:cs="Segoe UI Symbol"/>
                <w:sz w:val="20"/>
                <w:szCs w:val="20"/>
              </w:rPr>
              <w:t>☐</w:t>
            </w:r>
            <w:r w:rsidRPr="009C0FF5">
              <w:rPr>
                <w:rFonts w:cs="Times New Roman"/>
                <w:sz w:val="20"/>
                <w:szCs w:val="20"/>
              </w:rPr>
              <w:t xml:space="preserve"> Days away from work</w:t>
            </w:r>
          </w:p>
        </w:tc>
        <w:tc>
          <w:tcPr>
            <w:tcW w:w="5087" w:type="dxa"/>
          </w:tcPr>
          <w:p w14:paraId="7052CE1C" w14:textId="77777777" w:rsidR="009108E5" w:rsidRPr="009C0FF5" w:rsidRDefault="009108E5" w:rsidP="009108E5">
            <w:pPr>
              <w:rPr>
                <w:rFonts w:cs="Times New Roman"/>
                <w:sz w:val="20"/>
                <w:szCs w:val="20"/>
              </w:rPr>
            </w:pPr>
            <w:r w:rsidRPr="009C0FF5">
              <w:rPr>
                <w:rFonts w:ascii="Segoe UI Symbol" w:hAnsi="Segoe UI Symbol" w:cs="Segoe UI Symbol"/>
                <w:sz w:val="20"/>
                <w:szCs w:val="20"/>
              </w:rPr>
              <w:t>☐</w:t>
            </w:r>
            <w:r w:rsidRPr="009C0FF5">
              <w:rPr>
                <w:rFonts w:cs="Times New Roman"/>
                <w:sz w:val="20"/>
                <w:szCs w:val="20"/>
              </w:rPr>
              <w:t xml:space="preserve"> Medical treatment beyond first aid</w:t>
            </w:r>
          </w:p>
          <w:p w14:paraId="1F787B9C" w14:textId="77777777" w:rsidR="009108E5" w:rsidRPr="009108E5" w:rsidRDefault="009108E5" w:rsidP="009108E5">
            <w:pPr>
              <w:rPr>
                <w:rFonts w:cs="Times New Roman"/>
                <w:sz w:val="20"/>
                <w:szCs w:val="20"/>
              </w:rPr>
            </w:pPr>
          </w:p>
        </w:tc>
      </w:tr>
      <w:tr w:rsidR="009108E5" w:rsidRPr="009108E5" w14:paraId="441469E9" w14:textId="77777777" w:rsidTr="009108E5">
        <w:trPr>
          <w:jc w:val="center"/>
        </w:trPr>
        <w:tc>
          <w:tcPr>
            <w:tcW w:w="4727" w:type="dxa"/>
          </w:tcPr>
          <w:p w14:paraId="10FDD9C0" w14:textId="686CFD83" w:rsidR="009108E5" w:rsidRPr="009108E5" w:rsidRDefault="009108E5" w:rsidP="009108E5">
            <w:pPr>
              <w:rPr>
                <w:rFonts w:cs="Times New Roman"/>
                <w:sz w:val="20"/>
                <w:szCs w:val="20"/>
              </w:rPr>
            </w:pPr>
            <w:r w:rsidRPr="009108E5">
              <w:rPr>
                <w:rFonts w:ascii="Segoe UI Symbol" w:hAnsi="Segoe UI Symbol" w:cs="Segoe UI Symbol"/>
                <w:sz w:val="20"/>
                <w:szCs w:val="20"/>
              </w:rPr>
              <w:t>☐</w:t>
            </w:r>
            <w:r w:rsidRPr="009108E5">
              <w:rPr>
                <w:rFonts w:cs="Times New Roman"/>
                <w:sz w:val="20"/>
                <w:szCs w:val="20"/>
              </w:rPr>
              <w:t xml:space="preserve"> Significant injury/illness diagnosed by a physician</w:t>
            </w:r>
          </w:p>
        </w:tc>
        <w:tc>
          <w:tcPr>
            <w:tcW w:w="5087" w:type="dxa"/>
          </w:tcPr>
          <w:p w14:paraId="548AC4FC" w14:textId="77777777" w:rsidR="009108E5" w:rsidRPr="009108E5" w:rsidRDefault="009108E5" w:rsidP="009108E5">
            <w:pPr>
              <w:rPr>
                <w:rFonts w:cs="Times New Roman"/>
                <w:sz w:val="20"/>
                <w:szCs w:val="20"/>
              </w:rPr>
            </w:pPr>
            <w:r w:rsidRPr="009108E5">
              <w:rPr>
                <w:rFonts w:ascii="Segoe UI Symbol" w:hAnsi="Segoe UI Symbol" w:cs="Segoe UI Symbol"/>
                <w:sz w:val="20"/>
                <w:szCs w:val="20"/>
              </w:rPr>
              <w:t>☐</w:t>
            </w:r>
            <w:r w:rsidRPr="009108E5">
              <w:rPr>
                <w:rFonts w:cs="Times New Roman"/>
                <w:sz w:val="20"/>
                <w:szCs w:val="20"/>
              </w:rPr>
              <w:t xml:space="preserve"> Restricted work or transfer to another job</w:t>
            </w:r>
          </w:p>
          <w:p w14:paraId="75974D40" w14:textId="77777777" w:rsidR="009108E5" w:rsidRPr="009108E5" w:rsidRDefault="009108E5" w:rsidP="009108E5">
            <w:pPr>
              <w:rPr>
                <w:rFonts w:cs="Times New Roman"/>
                <w:sz w:val="20"/>
                <w:szCs w:val="20"/>
              </w:rPr>
            </w:pPr>
          </w:p>
        </w:tc>
      </w:tr>
    </w:tbl>
    <w:p w14:paraId="61DDEE47" w14:textId="77777777" w:rsidR="00552D86" w:rsidRDefault="00552D86">
      <w:pPr>
        <w:rPr>
          <w:b/>
          <w:color w:val="1D2F3A"/>
          <w:sz w:val="24"/>
        </w:rPr>
      </w:pPr>
    </w:p>
    <w:p w14:paraId="341DB2A0" w14:textId="10DCD846" w:rsidR="00AF0054" w:rsidRDefault="00AF0054" w:rsidP="00AF0054">
      <w:pPr>
        <w:tabs>
          <w:tab w:val="left" w:pos="4932"/>
        </w:tabs>
        <w:rPr>
          <w:b/>
          <w:color w:val="1D2F3A"/>
          <w:sz w:val="24"/>
        </w:rPr>
      </w:pPr>
      <w:r>
        <w:rPr>
          <w:b/>
          <w:color w:val="1D2F3A"/>
          <w:sz w:val="24"/>
        </w:rPr>
        <w:tab/>
      </w:r>
    </w:p>
    <w:p w14:paraId="32877023" w14:textId="725A7D10" w:rsidR="00552D86" w:rsidRDefault="00552D86" w:rsidP="00AF0054">
      <w:pPr>
        <w:tabs>
          <w:tab w:val="left" w:pos="4932"/>
        </w:tabs>
        <w:rPr>
          <w:b/>
          <w:color w:val="1D2F3A"/>
          <w:sz w:val="24"/>
        </w:rPr>
      </w:pPr>
      <w:r w:rsidRPr="00AF0054">
        <w:rPr>
          <w:sz w:val="24"/>
        </w:rPr>
        <w:br w:type="page"/>
      </w:r>
      <w:r w:rsidR="00AF0054">
        <w:rPr>
          <w:b/>
          <w:color w:val="1D2F3A"/>
          <w:sz w:val="24"/>
        </w:rPr>
        <w:lastRenderedPageBreak/>
        <w:tab/>
      </w:r>
    </w:p>
    <w:p w14:paraId="7387E4B5" w14:textId="1A0AFC8D" w:rsidR="00CB305E" w:rsidRPr="009108E5" w:rsidRDefault="00000000">
      <w:r w:rsidRPr="009108E5">
        <w:rPr>
          <w:b/>
          <w:color w:val="1D2F3A"/>
          <w:sz w:val="24"/>
        </w:rPr>
        <w:t>SECTION 5: Incident Description</w:t>
      </w:r>
    </w:p>
    <w:p w14:paraId="3F5DF6F4" w14:textId="77777777" w:rsidR="00CB305E" w:rsidRPr="009108E5" w:rsidRDefault="00000000">
      <w:r w:rsidRPr="009108E5">
        <w:t>Describe how the incident occurred (include sequence of events, equipment involved, environmental conditions):</w:t>
      </w:r>
    </w:p>
    <w:p w14:paraId="45837ECC" w14:textId="293734BC" w:rsidR="009108E5" w:rsidRPr="009108E5" w:rsidRDefault="009108E5" w:rsidP="009108E5">
      <w:r w:rsidRPr="009108E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BE03C2" w14:textId="1CEB5A96" w:rsidR="00CB305E" w:rsidRPr="009108E5" w:rsidRDefault="00000000">
      <w:r w:rsidRPr="009108E5">
        <w:t>Was the affected area/equipment secured after the incident?</w:t>
      </w:r>
      <w:r w:rsidR="009108E5">
        <w:t xml:space="preserve">      </w:t>
      </w:r>
      <w:r w:rsidRPr="009108E5">
        <w:rPr>
          <w:rFonts w:ascii="Segoe UI Symbol" w:hAnsi="Segoe UI Symbol" w:cs="Segoe UI Symbol"/>
        </w:rPr>
        <w:t>☐</w:t>
      </w:r>
      <w:r w:rsidRPr="009108E5">
        <w:t xml:space="preserve"> Yes </w:t>
      </w:r>
      <w:r w:rsidRPr="009108E5">
        <w:rPr>
          <w:rFonts w:ascii="Segoe UI Symbol" w:hAnsi="Segoe UI Symbol" w:cs="Segoe UI Symbol"/>
        </w:rPr>
        <w:t>☐</w:t>
      </w:r>
      <w:r w:rsidRPr="009108E5">
        <w:t xml:space="preserve"> No </w:t>
      </w:r>
      <w:r w:rsidRPr="009108E5">
        <w:rPr>
          <w:rFonts w:ascii="Segoe UI Symbol" w:hAnsi="Segoe UI Symbol" w:cs="Segoe UI Symbol"/>
        </w:rPr>
        <w:t>☐</w:t>
      </w:r>
      <w:r w:rsidRPr="009108E5">
        <w:t xml:space="preserve"> Not Applicable</w:t>
      </w:r>
    </w:p>
    <w:p w14:paraId="043287DA" w14:textId="2C55F0F1" w:rsidR="009108E5" w:rsidRDefault="00000000">
      <w:r w:rsidRPr="009108E5">
        <w:t>If yes, describe: _________________</w:t>
      </w:r>
      <w:r w:rsidR="009108E5">
        <w:t>______________________________________________________________________________________________________________________________________________________________________________________________</w:t>
      </w:r>
      <w:r w:rsidRPr="009108E5">
        <w:t>_____________________</w:t>
      </w:r>
      <w:r w:rsidR="009108E5" w:rsidRPr="009108E5">
        <w:t>____________________________________________________________________________________________________________________________________________________________________________________________________________________________________</w:t>
      </w:r>
      <w:r w:rsidR="00552D86" w:rsidRPr="00552D86">
        <w:t>____________________________________________________________</w:t>
      </w:r>
      <w:r w:rsidR="00552D86">
        <w:t>____________</w:t>
      </w:r>
    </w:p>
    <w:p w14:paraId="1E6D7E05" w14:textId="7E9C30A7" w:rsidR="00CB305E" w:rsidRPr="00552D86" w:rsidRDefault="00000000">
      <w:pPr>
        <w:rPr>
          <w:b/>
          <w:color w:val="1D2F3A"/>
          <w:sz w:val="24"/>
        </w:rPr>
      </w:pPr>
      <w:r w:rsidRPr="009108E5">
        <w:rPr>
          <w:b/>
          <w:color w:val="1D2F3A"/>
          <w:sz w:val="24"/>
        </w:rPr>
        <w:t xml:space="preserve">SECTION 6: </w:t>
      </w:r>
      <w:r w:rsidR="000D692F" w:rsidRPr="000D692F">
        <w:rPr>
          <w:b/>
          <w:color w:val="1D2F3A"/>
          <w:sz w:val="24"/>
        </w:rPr>
        <w:t>Name of Parties Involved and/or Witnesses</w:t>
      </w:r>
    </w:p>
    <w:tbl>
      <w:tblPr>
        <w:tblStyle w:val="TableGrid"/>
        <w:tblW w:w="0" w:type="auto"/>
        <w:tblLook w:val="04A0" w:firstRow="1" w:lastRow="0" w:firstColumn="1" w:lastColumn="0" w:noHBand="0" w:noVBand="1"/>
      </w:tblPr>
      <w:tblGrid>
        <w:gridCol w:w="11016"/>
      </w:tblGrid>
      <w:tr w:rsidR="00552D86" w14:paraId="4027AA1A" w14:textId="77777777" w:rsidTr="00552D86">
        <w:tc>
          <w:tcPr>
            <w:tcW w:w="11016" w:type="dxa"/>
          </w:tcPr>
          <w:p w14:paraId="6FBED960" w14:textId="77777777" w:rsidR="00552D86" w:rsidRDefault="00552D86" w:rsidP="009108E5">
            <w:pPr>
              <w:rPr>
                <w:b/>
                <w:bCs/>
              </w:rPr>
            </w:pPr>
          </w:p>
          <w:p w14:paraId="0B021436" w14:textId="77777777" w:rsidR="00552D86" w:rsidRDefault="00552D86" w:rsidP="009108E5">
            <w:pPr>
              <w:rPr>
                <w:b/>
                <w:bCs/>
              </w:rPr>
            </w:pPr>
          </w:p>
          <w:p w14:paraId="216DBA29" w14:textId="77777777" w:rsidR="00552D86" w:rsidRDefault="00552D86" w:rsidP="009108E5">
            <w:pPr>
              <w:rPr>
                <w:b/>
                <w:bCs/>
              </w:rPr>
            </w:pPr>
          </w:p>
          <w:p w14:paraId="22B534A0" w14:textId="77777777" w:rsidR="00552D86" w:rsidRDefault="00552D86" w:rsidP="009108E5">
            <w:pPr>
              <w:rPr>
                <w:b/>
                <w:bCs/>
              </w:rPr>
            </w:pPr>
          </w:p>
          <w:p w14:paraId="4091874B" w14:textId="77777777" w:rsidR="00552D86" w:rsidRDefault="00552D86" w:rsidP="009108E5">
            <w:pPr>
              <w:rPr>
                <w:b/>
                <w:bCs/>
              </w:rPr>
            </w:pPr>
          </w:p>
          <w:p w14:paraId="663D663B" w14:textId="77777777" w:rsidR="00552D86" w:rsidRDefault="00552D86" w:rsidP="009108E5">
            <w:pPr>
              <w:rPr>
                <w:b/>
                <w:bCs/>
              </w:rPr>
            </w:pPr>
          </w:p>
          <w:p w14:paraId="463A1C23" w14:textId="77777777" w:rsidR="00552D86" w:rsidRDefault="00552D86" w:rsidP="009108E5">
            <w:pPr>
              <w:rPr>
                <w:b/>
                <w:bCs/>
              </w:rPr>
            </w:pPr>
          </w:p>
          <w:p w14:paraId="34050899" w14:textId="77777777" w:rsidR="00552D86" w:rsidRDefault="00552D86" w:rsidP="009108E5">
            <w:pPr>
              <w:rPr>
                <w:b/>
                <w:bCs/>
              </w:rPr>
            </w:pPr>
          </w:p>
        </w:tc>
      </w:tr>
    </w:tbl>
    <w:p w14:paraId="08C8996C" w14:textId="1AE0F373" w:rsidR="009108E5" w:rsidRPr="009108E5" w:rsidRDefault="009108E5" w:rsidP="009108E5">
      <w:pPr>
        <w:rPr>
          <w:b/>
          <w:bCs/>
        </w:rPr>
      </w:pPr>
    </w:p>
    <w:p w14:paraId="2CA5A5EA" w14:textId="24F02E29" w:rsidR="00CB305E" w:rsidRDefault="00000000">
      <w:pPr>
        <w:rPr>
          <w:b/>
          <w:color w:val="1D2F3A"/>
          <w:sz w:val="24"/>
        </w:rPr>
      </w:pPr>
      <w:r w:rsidRPr="009108E5">
        <w:rPr>
          <w:b/>
          <w:color w:val="1D2F3A"/>
          <w:sz w:val="24"/>
        </w:rPr>
        <w:t>SECTION 7: Corrective Actions</w:t>
      </w:r>
    </w:p>
    <w:tbl>
      <w:tblPr>
        <w:tblW w:w="10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2812"/>
        <w:gridCol w:w="2340"/>
        <w:gridCol w:w="2205"/>
      </w:tblGrid>
      <w:tr w:rsidR="000D692F" w:rsidRPr="000D692F" w14:paraId="42978E40" w14:textId="77777777" w:rsidTr="00552D86">
        <w:trPr>
          <w:trHeight w:val="471"/>
          <w:jc w:val="center"/>
        </w:trPr>
        <w:tc>
          <w:tcPr>
            <w:tcW w:w="3578" w:type="dxa"/>
          </w:tcPr>
          <w:p w14:paraId="34050C12" w14:textId="4A399FCD" w:rsidR="000D692F" w:rsidRPr="000D692F" w:rsidRDefault="000D692F" w:rsidP="00552D86">
            <w:pPr>
              <w:jc w:val="center"/>
              <w:rPr>
                <w:b/>
                <w:bCs/>
              </w:rPr>
            </w:pPr>
            <w:r>
              <w:rPr>
                <w:b/>
                <w:bCs/>
              </w:rPr>
              <w:t>Immediate Corrective Actions</w:t>
            </w:r>
          </w:p>
        </w:tc>
        <w:tc>
          <w:tcPr>
            <w:tcW w:w="2812" w:type="dxa"/>
          </w:tcPr>
          <w:p w14:paraId="40ACD6EC" w14:textId="01709E84" w:rsidR="000D692F" w:rsidRPr="000D692F" w:rsidRDefault="000D692F" w:rsidP="00552D86">
            <w:pPr>
              <w:jc w:val="center"/>
              <w:rPr>
                <w:b/>
                <w:bCs/>
              </w:rPr>
            </w:pPr>
            <w:r w:rsidRPr="000D692F">
              <w:rPr>
                <w:b/>
                <w:bCs/>
              </w:rPr>
              <w:t>Responsible Person</w:t>
            </w:r>
          </w:p>
        </w:tc>
        <w:tc>
          <w:tcPr>
            <w:tcW w:w="2340" w:type="dxa"/>
          </w:tcPr>
          <w:p w14:paraId="41BDE10B" w14:textId="77777777" w:rsidR="000D692F" w:rsidRPr="000D692F" w:rsidRDefault="000D692F" w:rsidP="00552D86">
            <w:pPr>
              <w:jc w:val="center"/>
              <w:rPr>
                <w:b/>
                <w:bCs/>
              </w:rPr>
            </w:pPr>
            <w:r w:rsidRPr="000D692F">
              <w:rPr>
                <w:b/>
                <w:bCs/>
              </w:rPr>
              <w:t>Date Implemented</w:t>
            </w:r>
          </w:p>
        </w:tc>
        <w:tc>
          <w:tcPr>
            <w:tcW w:w="2205" w:type="dxa"/>
          </w:tcPr>
          <w:p w14:paraId="2C6F3D83" w14:textId="77777777" w:rsidR="000D692F" w:rsidRPr="000D692F" w:rsidRDefault="000D692F" w:rsidP="00552D86">
            <w:pPr>
              <w:jc w:val="center"/>
              <w:rPr>
                <w:b/>
                <w:bCs/>
              </w:rPr>
            </w:pPr>
            <w:r w:rsidRPr="000D692F">
              <w:rPr>
                <w:b/>
                <w:bCs/>
              </w:rPr>
              <w:t>Date Completed</w:t>
            </w:r>
          </w:p>
        </w:tc>
      </w:tr>
      <w:tr w:rsidR="000D692F" w:rsidRPr="000D692F" w14:paraId="5B069A9C" w14:textId="77777777" w:rsidTr="00552D86">
        <w:trPr>
          <w:trHeight w:val="762"/>
          <w:jc w:val="center"/>
        </w:trPr>
        <w:tc>
          <w:tcPr>
            <w:tcW w:w="3578" w:type="dxa"/>
          </w:tcPr>
          <w:p w14:paraId="4B3907EA" w14:textId="77777777" w:rsidR="000D692F" w:rsidRPr="000D692F" w:rsidRDefault="000D692F" w:rsidP="000D692F">
            <w:pPr>
              <w:rPr>
                <w:b/>
                <w:bCs/>
              </w:rPr>
            </w:pPr>
            <w:r w:rsidRPr="000D692F">
              <w:rPr>
                <w:b/>
                <w:bCs/>
              </w:rPr>
              <w:t>1.</w:t>
            </w:r>
          </w:p>
        </w:tc>
        <w:tc>
          <w:tcPr>
            <w:tcW w:w="2812" w:type="dxa"/>
          </w:tcPr>
          <w:p w14:paraId="65F16D9A" w14:textId="6F639476" w:rsidR="000D692F" w:rsidRPr="000D692F" w:rsidRDefault="000D692F" w:rsidP="000D692F">
            <w:pPr>
              <w:rPr>
                <w:b/>
                <w:bCs/>
              </w:rPr>
            </w:pPr>
          </w:p>
        </w:tc>
        <w:tc>
          <w:tcPr>
            <w:tcW w:w="2340" w:type="dxa"/>
          </w:tcPr>
          <w:p w14:paraId="7A06A5BA" w14:textId="5EA54645" w:rsidR="000D692F" w:rsidRPr="000D692F" w:rsidRDefault="000D692F" w:rsidP="000D692F">
            <w:pPr>
              <w:jc w:val="center"/>
              <w:rPr>
                <w:b/>
                <w:bCs/>
              </w:rPr>
            </w:pPr>
            <w:r w:rsidRPr="000D692F">
              <w:rPr>
                <w:b/>
                <w:bCs/>
              </w:rPr>
              <w:t xml:space="preserve">/   </w:t>
            </w:r>
            <w:r>
              <w:rPr>
                <w:b/>
                <w:bCs/>
              </w:rPr>
              <w:t xml:space="preserve">     </w:t>
            </w:r>
            <w:r w:rsidRPr="000D692F">
              <w:rPr>
                <w:b/>
                <w:bCs/>
              </w:rPr>
              <w:t xml:space="preserve">   /</w:t>
            </w:r>
          </w:p>
        </w:tc>
        <w:tc>
          <w:tcPr>
            <w:tcW w:w="2205" w:type="dxa"/>
          </w:tcPr>
          <w:p w14:paraId="6C10C947" w14:textId="5FF48F3E" w:rsidR="000D692F" w:rsidRPr="000D692F" w:rsidRDefault="000D692F" w:rsidP="000D692F">
            <w:pPr>
              <w:jc w:val="center"/>
              <w:rPr>
                <w:b/>
                <w:bCs/>
              </w:rPr>
            </w:pPr>
            <w:r w:rsidRPr="000D692F">
              <w:rPr>
                <w:b/>
                <w:bCs/>
              </w:rPr>
              <w:t>/           /</w:t>
            </w:r>
          </w:p>
        </w:tc>
      </w:tr>
      <w:tr w:rsidR="000D692F" w:rsidRPr="000D692F" w14:paraId="5CE25669" w14:textId="77777777" w:rsidTr="00552D86">
        <w:trPr>
          <w:trHeight w:val="740"/>
          <w:jc w:val="center"/>
        </w:trPr>
        <w:tc>
          <w:tcPr>
            <w:tcW w:w="3578" w:type="dxa"/>
          </w:tcPr>
          <w:p w14:paraId="27662937" w14:textId="77777777" w:rsidR="000D692F" w:rsidRPr="000D692F" w:rsidRDefault="000D692F" w:rsidP="000D692F">
            <w:pPr>
              <w:rPr>
                <w:b/>
                <w:bCs/>
              </w:rPr>
            </w:pPr>
            <w:r w:rsidRPr="000D692F">
              <w:rPr>
                <w:b/>
                <w:bCs/>
              </w:rPr>
              <w:t>2.</w:t>
            </w:r>
          </w:p>
        </w:tc>
        <w:tc>
          <w:tcPr>
            <w:tcW w:w="2812" w:type="dxa"/>
          </w:tcPr>
          <w:p w14:paraId="1547F4F4" w14:textId="657A8FB3" w:rsidR="000D692F" w:rsidRPr="000D692F" w:rsidRDefault="000D692F" w:rsidP="000D692F">
            <w:pPr>
              <w:rPr>
                <w:b/>
                <w:bCs/>
              </w:rPr>
            </w:pPr>
          </w:p>
        </w:tc>
        <w:tc>
          <w:tcPr>
            <w:tcW w:w="2340" w:type="dxa"/>
          </w:tcPr>
          <w:p w14:paraId="048D038B" w14:textId="08D8C141" w:rsidR="000D692F" w:rsidRPr="000D692F" w:rsidRDefault="000D692F" w:rsidP="000D692F">
            <w:pPr>
              <w:jc w:val="center"/>
              <w:rPr>
                <w:b/>
                <w:bCs/>
              </w:rPr>
            </w:pPr>
            <w:r w:rsidRPr="000D692F">
              <w:rPr>
                <w:b/>
                <w:bCs/>
              </w:rPr>
              <w:t>/           /</w:t>
            </w:r>
          </w:p>
        </w:tc>
        <w:tc>
          <w:tcPr>
            <w:tcW w:w="2205" w:type="dxa"/>
          </w:tcPr>
          <w:p w14:paraId="30CDA93D" w14:textId="63C738AC" w:rsidR="000D692F" w:rsidRPr="000D692F" w:rsidRDefault="000D692F" w:rsidP="000D692F">
            <w:pPr>
              <w:jc w:val="center"/>
              <w:rPr>
                <w:b/>
                <w:bCs/>
              </w:rPr>
            </w:pPr>
            <w:r w:rsidRPr="000D692F">
              <w:rPr>
                <w:b/>
                <w:bCs/>
              </w:rPr>
              <w:t>/           /</w:t>
            </w:r>
          </w:p>
        </w:tc>
      </w:tr>
      <w:tr w:rsidR="000D692F" w:rsidRPr="000D692F" w14:paraId="50D01D9D" w14:textId="77777777" w:rsidTr="00552D86">
        <w:trPr>
          <w:trHeight w:val="654"/>
          <w:jc w:val="center"/>
        </w:trPr>
        <w:tc>
          <w:tcPr>
            <w:tcW w:w="3578" w:type="dxa"/>
          </w:tcPr>
          <w:p w14:paraId="7219DE65" w14:textId="77777777" w:rsidR="000D692F" w:rsidRPr="000D692F" w:rsidRDefault="000D692F" w:rsidP="000D692F">
            <w:pPr>
              <w:rPr>
                <w:b/>
                <w:bCs/>
              </w:rPr>
            </w:pPr>
            <w:r w:rsidRPr="000D692F">
              <w:rPr>
                <w:b/>
                <w:bCs/>
              </w:rPr>
              <w:t>3.</w:t>
            </w:r>
          </w:p>
        </w:tc>
        <w:tc>
          <w:tcPr>
            <w:tcW w:w="2812" w:type="dxa"/>
          </w:tcPr>
          <w:p w14:paraId="6575CA3E" w14:textId="390355C2" w:rsidR="000D692F" w:rsidRPr="000D692F" w:rsidRDefault="000D692F" w:rsidP="000D692F">
            <w:pPr>
              <w:rPr>
                <w:b/>
                <w:bCs/>
              </w:rPr>
            </w:pPr>
          </w:p>
        </w:tc>
        <w:tc>
          <w:tcPr>
            <w:tcW w:w="2340" w:type="dxa"/>
          </w:tcPr>
          <w:p w14:paraId="72DC889C" w14:textId="0550CA82" w:rsidR="000D692F" w:rsidRPr="000D692F" w:rsidRDefault="000D692F" w:rsidP="000D692F">
            <w:pPr>
              <w:jc w:val="center"/>
              <w:rPr>
                <w:b/>
                <w:bCs/>
              </w:rPr>
            </w:pPr>
            <w:r w:rsidRPr="000D692F">
              <w:rPr>
                <w:b/>
                <w:bCs/>
              </w:rPr>
              <w:t>/           /</w:t>
            </w:r>
          </w:p>
        </w:tc>
        <w:tc>
          <w:tcPr>
            <w:tcW w:w="2205" w:type="dxa"/>
          </w:tcPr>
          <w:p w14:paraId="1171AB95" w14:textId="29C3115E" w:rsidR="000D692F" w:rsidRPr="000D692F" w:rsidRDefault="000D692F" w:rsidP="000D692F">
            <w:pPr>
              <w:jc w:val="center"/>
              <w:rPr>
                <w:b/>
                <w:bCs/>
              </w:rPr>
            </w:pPr>
            <w:r w:rsidRPr="000D692F">
              <w:rPr>
                <w:b/>
                <w:bCs/>
              </w:rPr>
              <w:t>/           /</w:t>
            </w:r>
          </w:p>
        </w:tc>
      </w:tr>
      <w:tr w:rsidR="000D692F" w:rsidRPr="000D692F" w14:paraId="32D429BB" w14:textId="77777777" w:rsidTr="00552D86">
        <w:trPr>
          <w:trHeight w:val="740"/>
          <w:jc w:val="center"/>
        </w:trPr>
        <w:tc>
          <w:tcPr>
            <w:tcW w:w="3578" w:type="dxa"/>
          </w:tcPr>
          <w:p w14:paraId="5B0CE980" w14:textId="77777777" w:rsidR="000D692F" w:rsidRPr="000D692F" w:rsidRDefault="000D692F" w:rsidP="000D692F">
            <w:pPr>
              <w:rPr>
                <w:b/>
                <w:bCs/>
              </w:rPr>
            </w:pPr>
            <w:r w:rsidRPr="000D692F">
              <w:rPr>
                <w:b/>
                <w:bCs/>
              </w:rPr>
              <w:t>4.</w:t>
            </w:r>
          </w:p>
        </w:tc>
        <w:tc>
          <w:tcPr>
            <w:tcW w:w="2812" w:type="dxa"/>
          </w:tcPr>
          <w:p w14:paraId="1966A8B2" w14:textId="538CF2B2" w:rsidR="000D692F" w:rsidRPr="000D692F" w:rsidRDefault="000D692F" w:rsidP="000D692F">
            <w:pPr>
              <w:rPr>
                <w:b/>
                <w:bCs/>
              </w:rPr>
            </w:pPr>
          </w:p>
        </w:tc>
        <w:tc>
          <w:tcPr>
            <w:tcW w:w="2340" w:type="dxa"/>
          </w:tcPr>
          <w:p w14:paraId="12627C4C" w14:textId="73FF94E1" w:rsidR="000D692F" w:rsidRPr="000D692F" w:rsidRDefault="000D692F" w:rsidP="000D692F">
            <w:pPr>
              <w:jc w:val="center"/>
              <w:rPr>
                <w:b/>
                <w:bCs/>
              </w:rPr>
            </w:pPr>
            <w:r w:rsidRPr="000D692F">
              <w:rPr>
                <w:b/>
                <w:bCs/>
              </w:rPr>
              <w:t>/           /</w:t>
            </w:r>
          </w:p>
        </w:tc>
        <w:tc>
          <w:tcPr>
            <w:tcW w:w="2205" w:type="dxa"/>
          </w:tcPr>
          <w:p w14:paraId="67473BF6" w14:textId="305C1EE5" w:rsidR="000D692F" w:rsidRPr="000D692F" w:rsidRDefault="000D692F" w:rsidP="000D692F">
            <w:pPr>
              <w:jc w:val="center"/>
              <w:rPr>
                <w:b/>
                <w:bCs/>
              </w:rPr>
            </w:pPr>
            <w:r w:rsidRPr="000D692F">
              <w:rPr>
                <w:b/>
                <w:bCs/>
              </w:rPr>
              <w:t>/           /</w:t>
            </w:r>
          </w:p>
        </w:tc>
      </w:tr>
      <w:tr w:rsidR="000D692F" w:rsidRPr="000D692F" w14:paraId="6F9E88AC" w14:textId="77777777" w:rsidTr="00552D86">
        <w:trPr>
          <w:trHeight w:val="719"/>
          <w:jc w:val="center"/>
        </w:trPr>
        <w:tc>
          <w:tcPr>
            <w:tcW w:w="3578" w:type="dxa"/>
          </w:tcPr>
          <w:p w14:paraId="1051AADA" w14:textId="77777777" w:rsidR="000D692F" w:rsidRPr="000D692F" w:rsidRDefault="000D692F" w:rsidP="000D692F">
            <w:pPr>
              <w:rPr>
                <w:b/>
                <w:bCs/>
              </w:rPr>
            </w:pPr>
            <w:r w:rsidRPr="000D692F">
              <w:rPr>
                <w:b/>
                <w:bCs/>
              </w:rPr>
              <w:t>5.</w:t>
            </w:r>
          </w:p>
        </w:tc>
        <w:tc>
          <w:tcPr>
            <w:tcW w:w="2812" w:type="dxa"/>
          </w:tcPr>
          <w:p w14:paraId="28141E5A" w14:textId="0EEFDCCD" w:rsidR="000D692F" w:rsidRPr="000D692F" w:rsidRDefault="000D692F" w:rsidP="000D692F">
            <w:pPr>
              <w:rPr>
                <w:b/>
                <w:bCs/>
              </w:rPr>
            </w:pPr>
          </w:p>
        </w:tc>
        <w:tc>
          <w:tcPr>
            <w:tcW w:w="2340" w:type="dxa"/>
          </w:tcPr>
          <w:p w14:paraId="26DD1C2B" w14:textId="59E4223E" w:rsidR="000D692F" w:rsidRPr="000D692F" w:rsidRDefault="000D692F" w:rsidP="000D692F">
            <w:pPr>
              <w:jc w:val="center"/>
              <w:rPr>
                <w:b/>
                <w:bCs/>
              </w:rPr>
            </w:pPr>
            <w:r w:rsidRPr="000D692F">
              <w:rPr>
                <w:b/>
                <w:bCs/>
              </w:rPr>
              <w:t>/           /</w:t>
            </w:r>
          </w:p>
        </w:tc>
        <w:tc>
          <w:tcPr>
            <w:tcW w:w="2205" w:type="dxa"/>
          </w:tcPr>
          <w:p w14:paraId="0B8E5D50" w14:textId="5E8A4B4F" w:rsidR="000D692F" w:rsidRPr="000D692F" w:rsidRDefault="000D692F" w:rsidP="000D692F">
            <w:pPr>
              <w:jc w:val="center"/>
              <w:rPr>
                <w:b/>
                <w:bCs/>
              </w:rPr>
            </w:pPr>
            <w:r w:rsidRPr="000D692F">
              <w:rPr>
                <w:b/>
                <w:bCs/>
              </w:rPr>
              <w:t>/           /</w:t>
            </w:r>
          </w:p>
        </w:tc>
      </w:tr>
      <w:tr w:rsidR="000D692F" w:rsidRPr="000D692F" w14:paraId="5C5B95B0" w14:textId="77777777" w:rsidTr="00552D86">
        <w:trPr>
          <w:trHeight w:val="395"/>
          <w:jc w:val="center"/>
        </w:trPr>
        <w:tc>
          <w:tcPr>
            <w:tcW w:w="10935" w:type="dxa"/>
            <w:gridSpan w:val="4"/>
          </w:tcPr>
          <w:p w14:paraId="185A542A" w14:textId="62B7A89B" w:rsidR="000D692F" w:rsidRPr="000D692F" w:rsidRDefault="000D692F" w:rsidP="000D692F">
            <w:pPr>
              <w:jc w:val="center"/>
              <w:rPr>
                <w:b/>
                <w:bCs/>
              </w:rPr>
            </w:pPr>
            <w:r w:rsidRPr="000D692F">
              <w:rPr>
                <w:b/>
                <w:bCs/>
              </w:rPr>
              <w:t>Recommendations for preventing recurrence</w:t>
            </w:r>
          </w:p>
        </w:tc>
      </w:tr>
      <w:tr w:rsidR="000D692F" w:rsidRPr="000D692F" w14:paraId="13B9DEC1" w14:textId="77777777" w:rsidTr="00552D86">
        <w:trPr>
          <w:trHeight w:val="719"/>
          <w:jc w:val="center"/>
        </w:trPr>
        <w:tc>
          <w:tcPr>
            <w:tcW w:w="10935" w:type="dxa"/>
            <w:gridSpan w:val="4"/>
          </w:tcPr>
          <w:p w14:paraId="6C0D8CAE" w14:textId="3C94BA53" w:rsidR="000D692F" w:rsidRDefault="000D692F" w:rsidP="000D692F">
            <w:pPr>
              <w:pStyle w:val="ListParagraph"/>
              <w:numPr>
                <w:ilvl w:val="0"/>
                <w:numId w:val="10"/>
              </w:numPr>
              <w:spacing w:line="600" w:lineRule="auto"/>
              <w:rPr>
                <w:b/>
                <w:bCs/>
              </w:rPr>
            </w:pPr>
            <w:r>
              <w:rPr>
                <w:b/>
                <w:bCs/>
              </w:rPr>
              <w:t xml:space="preserve"> </w:t>
            </w:r>
          </w:p>
          <w:p w14:paraId="57F19536" w14:textId="69F626E9" w:rsidR="000D692F" w:rsidRDefault="000D692F" w:rsidP="000D692F">
            <w:pPr>
              <w:pStyle w:val="ListParagraph"/>
              <w:numPr>
                <w:ilvl w:val="0"/>
                <w:numId w:val="10"/>
              </w:numPr>
              <w:spacing w:line="600" w:lineRule="auto"/>
              <w:rPr>
                <w:b/>
                <w:bCs/>
              </w:rPr>
            </w:pPr>
            <w:r>
              <w:rPr>
                <w:b/>
                <w:bCs/>
              </w:rPr>
              <w:t xml:space="preserve"> </w:t>
            </w:r>
          </w:p>
          <w:p w14:paraId="5B0B57E3" w14:textId="5D37873D" w:rsidR="000D692F" w:rsidRDefault="000D692F" w:rsidP="000D692F">
            <w:pPr>
              <w:pStyle w:val="ListParagraph"/>
              <w:numPr>
                <w:ilvl w:val="0"/>
                <w:numId w:val="10"/>
              </w:numPr>
              <w:spacing w:line="600" w:lineRule="auto"/>
              <w:rPr>
                <w:b/>
                <w:bCs/>
              </w:rPr>
            </w:pPr>
            <w:r>
              <w:rPr>
                <w:b/>
                <w:bCs/>
              </w:rPr>
              <w:t xml:space="preserve"> </w:t>
            </w:r>
          </w:p>
          <w:p w14:paraId="214C50C8" w14:textId="07C3CFD8" w:rsidR="000D692F" w:rsidRDefault="000D692F" w:rsidP="000D692F">
            <w:pPr>
              <w:pStyle w:val="ListParagraph"/>
              <w:numPr>
                <w:ilvl w:val="0"/>
                <w:numId w:val="10"/>
              </w:numPr>
              <w:spacing w:line="600" w:lineRule="auto"/>
              <w:rPr>
                <w:b/>
                <w:bCs/>
              </w:rPr>
            </w:pPr>
            <w:r>
              <w:rPr>
                <w:b/>
                <w:bCs/>
              </w:rPr>
              <w:t xml:space="preserve"> </w:t>
            </w:r>
          </w:p>
          <w:p w14:paraId="421D26D0" w14:textId="7366DD97" w:rsidR="000D692F" w:rsidRDefault="000D692F" w:rsidP="000D692F">
            <w:pPr>
              <w:pStyle w:val="ListParagraph"/>
              <w:numPr>
                <w:ilvl w:val="0"/>
                <w:numId w:val="10"/>
              </w:numPr>
              <w:spacing w:line="600" w:lineRule="auto"/>
              <w:rPr>
                <w:b/>
                <w:bCs/>
              </w:rPr>
            </w:pPr>
            <w:r>
              <w:rPr>
                <w:b/>
                <w:bCs/>
              </w:rPr>
              <w:t xml:space="preserve"> </w:t>
            </w:r>
          </w:p>
          <w:p w14:paraId="0511B783" w14:textId="7C1AD555" w:rsidR="000D692F" w:rsidRPr="000D692F" w:rsidRDefault="000D692F" w:rsidP="000D692F">
            <w:pPr>
              <w:pStyle w:val="ListParagraph"/>
              <w:numPr>
                <w:ilvl w:val="0"/>
                <w:numId w:val="10"/>
              </w:numPr>
              <w:spacing w:line="600" w:lineRule="auto"/>
              <w:rPr>
                <w:b/>
                <w:bCs/>
              </w:rPr>
            </w:pPr>
            <w:r w:rsidRPr="000D692F">
              <w:rPr>
                <w:b/>
                <w:bCs/>
              </w:rPr>
              <w:t xml:space="preserve"> </w:t>
            </w:r>
          </w:p>
        </w:tc>
      </w:tr>
    </w:tbl>
    <w:p w14:paraId="1299B731" w14:textId="77777777" w:rsidR="00552D86" w:rsidRDefault="00552D86">
      <w:pPr>
        <w:rPr>
          <w:b/>
          <w:color w:val="1D2F3A"/>
          <w:sz w:val="24"/>
        </w:rPr>
      </w:pPr>
    </w:p>
    <w:p w14:paraId="703B6F88" w14:textId="2073B955" w:rsidR="00CB305E" w:rsidRPr="009108E5" w:rsidRDefault="00000000">
      <w:r w:rsidRPr="009108E5">
        <w:rPr>
          <w:b/>
          <w:color w:val="1D2F3A"/>
          <w:sz w:val="24"/>
        </w:rPr>
        <w:t>SECTION 8: Communication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5832"/>
      </w:tblGrid>
      <w:tr w:rsidR="00CB305E" w:rsidRPr="009108E5" w14:paraId="3A857B76" w14:textId="77777777" w:rsidTr="000D692F">
        <w:tc>
          <w:tcPr>
            <w:tcW w:w="2808" w:type="dxa"/>
          </w:tcPr>
          <w:p w14:paraId="3332B5BC" w14:textId="77777777" w:rsidR="00CB305E" w:rsidRPr="009108E5" w:rsidRDefault="00000000" w:rsidP="000D692F">
            <w:pPr>
              <w:spacing w:line="360" w:lineRule="auto"/>
            </w:pPr>
            <w:r w:rsidRPr="009108E5">
              <w:t>Reported To (Name/Title):</w:t>
            </w:r>
          </w:p>
        </w:tc>
        <w:tc>
          <w:tcPr>
            <w:tcW w:w="5832" w:type="dxa"/>
          </w:tcPr>
          <w:p w14:paraId="3B72B48E" w14:textId="36484D29" w:rsidR="00CB305E" w:rsidRPr="009108E5" w:rsidRDefault="00000000" w:rsidP="000D692F">
            <w:pPr>
              <w:spacing w:line="360" w:lineRule="auto"/>
            </w:pPr>
            <w:r w:rsidRPr="009108E5">
              <w:t>_______________</w:t>
            </w:r>
            <w:r w:rsidR="00552D86">
              <w:t>___________________________</w:t>
            </w:r>
            <w:r w:rsidRPr="009108E5">
              <w:t>_______________</w:t>
            </w:r>
          </w:p>
        </w:tc>
      </w:tr>
      <w:tr w:rsidR="00CB305E" w:rsidRPr="009108E5" w14:paraId="293753C3" w14:textId="77777777" w:rsidTr="000D692F">
        <w:tc>
          <w:tcPr>
            <w:tcW w:w="2808" w:type="dxa"/>
          </w:tcPr>
          <w:p w14:paraId="2DDE2979" w14:textId="77777777" w:rsidR="00CB305E" w:rsidRPr="009108E5" w:rsidRDefault="00000000" w:rsidP="000D692F">
            <w:pPr>
              <w:spacing w:line="360" w:lineRule="auto"/>
            </w:pPr>
            <w:r w:rsidRPr="009108E5">
              <w:t>Date Reported:</w:t>
            </w:r>
          </w:p>
        </w:tc>
        <w:tc>
          <w:tcPr>
            <w:tcW w:w="5832" w:type="dxa"/>
          </w:tcPr>
          <w:p w14:paraId="3EE9C500" w14:textId="74EF6E9F" w:rsidR="00CB305E" w:rsidRPr="000D692F" w:rsidRDefault="000D692F" w:rsidP="000D692F">
            <w:pPr>
              <w:spacing w:line="360" w:lineRule="auto"/>
              <w:rPr>
                <w:u w:val="single"/>
              </w:rPr>
            </w:pPr>
            <w:r w:rsidRPr="000D692F">
              <w:rPr>
                <w:b/>
                <w:bCs/>
                <w:u w:val="single"/>
              </w:rPr>
              <w:t xml:space="preserve">                  </w:t>
            </w:r>
            <w:r w:rsidR="00552D86">
              <w:rPr>
                <w:b/>
                <w:bCs/>
                <w:u w:val="single"/>
              </w:rPr>
              <w:t>_________</w:t>
            </w:r>
            <w:r w:rsidRPr="000D692F">
              <w:rPr>
                <w:b/>
                <w:bCs/>
                <w:u w:val="single"/>
              </w:rPr>
              <w:t xml:space="preserve">           </w:t>
            </w:r>
            <w:r w:rsidRPr="000D692F">
              <w:rPr>
                <w:b/>
                <w:bCs/>
                <w:u w:val="single"/>
              </w:rPr>
              <w:t xml:space="preserve">                 </w:t>
            </w:r>
            <w:r w:rsidRPr="000D692F">
              <w:rPr>
                <w:b/>
                <w:bCs/>
                <w:color w:val="FFFFFF" w:themeColor="background1"/>
                <w:u w:val="single"/>
              </w:rPr>
              <w:t>.</w:t>
            </w:r>
          </w:p>
        </w:tc>
      </w:tr>
    </w:tbl>
    <w:p w14:paraId="7A7CF3F7" w14:textId="77777777" w:rsidR="000D692F" w:rsidRDefault="000D692F">
      <w:pPr>
        <w:rPr>
          <w:b/>
          <w:color w:val="1D2F3A"/>
          <w:sz w:val="24"/>
        </w:rPr>
      </w:pPr>
    </w:p>
    <w:p w14:paraId="4A95339C" w14:textId="16C0B8C4" w:rsidR="00CB305E" w:rsidRPr="009108E5" w:rsidRDefault="00000000">
      <w:r w:rsidRPr="009108E5">
        <w:rPr>
          <w:b/>
          <w:color w:val="1D2F3A"/>
          <w:sz w:val="24"/>
        </w:rPr>
        <w:t>SECTION 9: OSHA Reporting Triggers (Internal Use Only)</w:t>
      </w:r>
    </w:p>
    <w:p w14:paraId="58E9C45B" w14:textId="77777777" w:rsidR="00CB305E" w:rsidRPr="009108E5" w:rsidRDefault="00000000">
      <w:r w:rsidRPr="009108E5">
        <w:rPr>
          <w:rFonts w:ascii="Segoe UI Symbol" w:hAnsi="Segoe UI Symbol" w:cs="Segoe UI Symbol"/>
        </w:rPr>
        <w:t>☐</w:t>
      </w:r>
      <w:r w:rsidRPr="009108E5">
        <w:t xml:space="preserve"> Fatality (Report to OSHA within 8 hours)</w:t>
      </w:r>
    </w:p>
    <w:p w14:paraId="1B1ECB5A" w14:textId="77777777" w:rsidR="00CB305E" w:rsidRPr="009108E5" w:rsidRDefault="00000000">
      <w:r w:rsidRPr="009108E5">
        <w:rPr>
          <w:rFonts w:ascii="Segoe UI Symbol" w:hAnsi="Segoe UI Symbol" w:cs="Segoe UI Symbol"/>
        </w:rPr>
        <w:t>☐</w:t>
      </w:r>
      <w:r w:rsidRPr="009108E5">
        <w:t xml:space="preserve"> In-patient hospitalization, amputation, or eye loss (Report within 24 hours)</w:t>
      </w:r>
    </w:p>
    <w:p w14:paraId="6F80DF38" w14:textId="77777777" w:rsidR="00552D86" w:rsidRDefault="00552D86">
      <w:pPr>
        <w:rPr>
          <w:b/>
          <w:color w:val="1D2F3A"/>
          <w:sz w:val="24"/>
        </w:rPr>
      </w:pPr>
      <w:r>
        <w:rPr>
          <w:b/>
          <w:color w:val="1D2F3A"/>
          <w:sz w:val="24"/>
        </w:rPr>
        <w:br w:type="page"/>
      </w:r>
    </w:p>
    <w:p w14:paraId="076BEB94" w14:textId="54522C78" w:rsidR="00CB305E" w:rsidRPr="009108E5" w:rsidRDefault="00000000">
      <w:r w:rsidRPr="009108E5">
        <w:rPr>
          <w:b/>
          <w:color w:val="1D2F3A"/>
          <w:sz w:val="24"/>
        </w:rPr>
        <w:lastRenderedPageBreak/>
        <w:t>SECTION 10: Signatures</w:t>
      </w:r>
    </w:p>
    <w:tbl>
      <w:tblPr>
        <w:tblStyle w:val="TableGrid"/>
        <w:tblW w:w="1143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8100"/>
      </w:tblGrid>
      <w:tr w:rsidR="00CB305E" w:rsidRPr="009108E5" w14:paraId="61183DBA" w14:textId="77777777" w:rsidTr="00882317">
        <w:tc>
          <w:tcPr>
            <w:tcW w:w="3330" w:type="dxa"/>
          </w:tcPr>
          <w:p w14:paraId="523942DD" w14:textId="44EA08B2" w:rsidR="00CB305E" w:rsidRPr="009108E5" w:rsidRDefault="00000000">
            <w:r w:rsidRPr="009108E5">
              <w:t>Employee/Reporting Individual:</w:t>
            </w:r>
          </w:p>
        </w:tc>
        <w:tc>
          <w:tcPr>
            <w:tcW w:w="8100" w:type="dxa"/>
          </w:tcPr>
          <w:p w14:paraId="79C6F7AA" w14:textId="36A8827A" w:rsidR="00CB305E" w:rsidRPr="009108E5" w:rsidRDefault="00000000">
            <w:r w:rsidRPr="009108E5">
              <w:t>Signature: ______</w:t>
            </w:r>
            <w:r w:rsidR="00552D86">
              <w:t>__________________</w:t>
            </w:r>
            <w:r w:rsidRPr="009108E5">
              <w:t>_______</w:t>
            </w:r>
            <w:r w:rsidR="00552D86">
              <w:t>________</w:t>
            </w:r>
            <w:r w:rsidRPr="009108E5">
              <w:t>_____   Date: __</w:t>
            </w:r>
            <w:r w:rsidR="00552D86">
              <w:t>_____________</w:t>
            </w:r>
            <w:r w:rsidRPr="009108E5">
              <w:t>_____</w:t>
            </w:r>
          </w:p>
        </w:tc>
      </w:tr>
      <w:tr w:rsidR="00552D86" w:rsidRPr="009108E5" w14:paraId="55A91C47" w14:textId="77777777" w:rsidTr="00882317">
        <w:tc>
          <w:tcPr>
            <w:tcW w:w="3330" w:type="dxa"/>
          </w:tcPr>
          <w:p w14:paraId="7A04E3E8" w14:textId="77777777" w:rsidR="00552D86" w:rsidRPr="009108E5" w:rsidRDefault="00552D86" w:rsidP="00552D86">
            <w:r w:rsidRPr="009108E5">
              <w:t>Supervisor:</w:t>
            </w:r>
          </w:p>
        </w:tc>
        <w:tc>
          <w:tcPr>
            <w:tcW w:w="8100" w:type="dxa"/>
          </w:tcPr>
          <w:p w14:paraId="28A8253B" w14:textId="5369B532" w:rsidR="00552D86" w:rsidRPr="009108E5" w:rsidRDefault="00552D86" w:rsidP="00552D86">
            <w:r w:rsidRPr="009108E5">
              <w:t>Signature: ______</w:t>
            </w:r>
            <w:r>
              <w:t>__________________</w:t>
            </w:r>
            <w:r w:rsidRPr="009108E5">
              <w:t>_______</w:t>
            </w:r>
            <w:r>
              <w:t>________</w:t>
            </w:r>
            <w:r w:rsidRPr="009108E5">
              <w:t>_____   Date: __</w:t>
            </w:r>
            <w:r>
              <w:t>_____________</w:t>
            </w:r>
            <w:r w:rsidRPr="009108E5">
              <w:t>_____</w:t>
            </w:r>
          </w:p>
        </w:tc>
      </w:tr>
      <w:tr w:rsidR="00552D86" w:rsidRPr="009108E5" w14:paraId="251A86BF" w14:textId="77777777" w:rsidTr="00882317">
        <w:tc>
          <w:tcPr>
            <w:tcW w:w="3330" w:type="dxa"/>
          </w:tcPr>
          <w:p w14:paraId="53AEB372" w14:textId="77777777" w:rsidR="00552D86" w:rsidRPr="009108E5" w:rsidRDefault="00552D86" w:rsidP="00552D86">
            <w:r w:rsidRPr="009108E5">
              <w:t>HR / Safety Officer:</w:t>
            </w:r>
          </w:p>
        </w:tc>
        <w:tc>
          <w:tcPr>
            <w:tcW w:w="8100" w:type="dxa"/>
          </w:tcPr>
          <w:p w14:paraId="70270C94" w14:textId="6936E406" w:rsidR="00552D86" w:rsidRPr="009108E5" w:rsidRDefault="00552D86" w:rsidP="00552D86">
            <w:r w:rsidRPr="009108E5">
              <w:t>Signature: ______</w:t>
            </w:r>
            <w:r>
              <w:t>__________________</w:t>
            </w:r>
            <w:r w:rsidRPr="009108E5">
              <w:t>_______</w:t>
            </w:r>
            <w:r>
              <w:t>________</w:t>
            </w:r>
            <w:r w:rsidRPr="009108E5">
              <w:t>_____   Date: __</w:t>
            </w:r>
            <w:r>
              <w:t>_____________</w:t>
            </w:r>
            <w:r w:rsidRPr="009108E5">
              <w:t>_____</w:t>
            </w:r>
          </w:p>
        </w:tc>
      </w:tr>
    </w:tbl>
    <w:p w14:paraId="5C2E05EC" w14:textId="77777777" w:rsidR="00552D86" w:rsidRDefault="00552D86">
      <w:pPr>
        <w:rPr>
          <w:b/>
          <w:color w:val="1D2F3A"/>
          <w:sz w:val="24"/>
        </w:rPr>
      </w:pPr>
    </w:p>
    <w:p w14:paraId="05B02655" w14:textId="16126EB6" w:rsidR="00CB305E" w:rsidRPr="009108E5" w:rsidRDefault="00000000">
      <w:r w:rsidRPr="009108E5">
        <w:rPr>
          <w:b/>
          <w:color w:val="1D2F3A"/>
          <w:sz w:val="24"/>
        </w:rPr>
        <w:t>SECTION 11: Confidentiality and Contact</w:t>
      </w:r>
    </w:p>
    <w:p w14:paraId="51BB2F4B" w14:textId="77777777" w:rsidR="00CB305E" w:rsidRPr="009108E5" w:rsidRDefault="00000000">
      <w:r w:rsidRPr="009108E5">
        <w:t>Medical information will be treated as confidential in accordance with OSHA regulations and applicable privacy laws.</w:t>
      </w:r>
    </w:p>
    <w:p w14:paraId="151234BA" w14:textId="77777777" w:rsidR="00CB305E" w:rsidRPr="009108E5" w:rsidRDefault="00000000">
      <w:r w:rsidRPr="009108E5">
        <w:t>For questions regarding this report or to submit updates, contact:</w:t>
      </w:r>
    </w:p>
    <w:p w14:paraId="767D8D4C" w14:textId="77777777" w:rsidR="00CB305E" w:rsidRPr="009108E5" w:rsidRDefault="00000000">
      <w:r w:rsidRPr="009108E5">
        <w:t>[HR/Safety Contact Name] – [Phone Number] – [Email Address]</w:t>
      </w:r>
    </w:p>
    <w:p w14:paraId="49A2929F" w14:textId="77777777" w:rsidR="00CB305E" w:rsidRPr="009108E5" w:rsidRDefault="00CB305E"/>
    <w:p w14:paraId="7CDFBAE5" w14:textId="77777777" w:rsidR="00CB305E" w:rsidRPr="009108E5" w:rsidRDefault="00000000">
      <w:r w:rsidRPr="009108E5">
        <w:rPr>
          <w:b/>
          <w:color w:val="C1873D"/>
        </w:rPr>
        <w:t xml:space="preserve">Disclaimer: </w:t>
      </w:r>
    </w:p>
    <w:p w14:paraId="2E11DAEE" w14:textId="77777777" w:rsidR="00CB305E" w:rsidRPr="009108E5" w:rsidRDefault="00000000">
      <w:r w:rsidRPr="009108E5">
        <w:t>This form supports OSHA compliance but does not, by itself, fulfill all OSHA recordkeeping and reporting requirements. For full compliance, refer to 29 CFR 1904 and your organization’s workplace injury and illness policy. Consult your HR or safety officer for guidance.</w:t>
      </w:r>
    </w:p>
    <w:sectPr w:rsidR="00CB305E" w:rsidRPr="009108E5" w:rsidSect="00552D86">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E8DA9" w14:textId="77777777" w:rsidR="0001656F" w:rsidRDefault="0001656F" w:rsidP="008B6DB7">
      <w:pPr>
        <w:spacing w:after="0" w:line="240" w:lineRule="auto"/>
      </w:pPr>
      <w:r>
        <w:separator/>
      </w:r>
    </w:p>
  </w:endnote>
  <w:endnote w:type="continuationSeparator" w:id="0">
    <w:p w14:paraId="5CABF229" w14:textId="77777777" w:rsidR="0001656F" w:rsidRDefault="0001656F" w:rsidP="008B6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FBB84" w14:textId="1C1AB0C4" w:rsidR="008B6DB7" w:rsidRPr="00AF0054" w:rsidRDefault="008B6DB7" w:rsidP="00AF0054">
    <w:pPr>
      <w:pStyle w:val="Footer"/>
      <w:jc w:val="right"/>
      <w:rPr>
        <w:sz w:val="18"/>
        <w:szCs w:val="18"/>
      </w:rPr>
    </w:pPr>
    <w:r w:rsidRPr="00AF0054">
      <w:rPr>
        <w:sz w:val="18"/>
        <w:szCs w:val="18"/>
      </w:rPr>
      <w:t xml:space="preserve">Form Version: 1.0 | Last Updated: </w:t>
    </w:r>
    <w:r w:rsidRPr="00AF0054">
      <w:rPr>
        <w:sz w:val="18"/>
        <w:szCs w:val="18"/>
      </w:rPr>
      <w:t>09/25</w:t>
    </w:r>
    <w:r w:rsidRPr="00AF0054">
      <w:rPr>
        <w:sz w:val="18"/>
        <w:szCs w:val="18"/>
      </w:rPr>
      <w:t xml:space="preserve"> | © Faulkner HR Solutions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F893C" w14:textId="77777777" w:rsidR="0001656F" w:rsidRDefault="0001656F" w:rsidP="008B6DB7">
      <w:pPr>
        <w:spacing w:after="0" w:line="240" w:lineRule="auto"/>
      </w:pPr>
      <w:r>
        <w:separator/>
      </w:r>
    </w:p>
  </w:footnote>
  <w:footnote w:type="continuationSeparator" w:id="0">
    <w:p w14:paraId="0524CCC6" w14:textId="77777777" w:rsidR="0001656F" w:rsidRDefault="0001656F" w:rsidP="008B6D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A2A014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3C2365A"/>
    <w:multiLevelType w:val="hybridMultilevel"/>
    <w:tmpl w:val="AA0E5A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71408987">
    <w:abstractNumId w:val="8"/>
  </w:num>
  <w:num w:numId="2" w16cid:durableId="1121805879">
    <w:abstractNumId w:val="6"/>
  </w:num>
  <w:num w:numId="3" w16cid:durableId="1116171881">
    <w:abstractNumId w:val="5"/>
  </w:num>
  <w:num w:numId="4" w16cid:durableId="1186940634">
    <w:abstractNumId w:val="4"/>
  </w:num>
  <w:num w:numId="5" w16cid:durableId="1054160548">
    <w:abstractNumId w:val="7"/>
  </w:num>
  <w:num w:numId="6" w16cid:durableId="1427537649">
    <w:abstractNumId w:val="3"/>
  </w:num>
  <w:num w:numId="7" w16cid:durableId="553538989">
    <w:abstractNumId w:val="2"/>
  </w:num>
  <w:num w:numId="8" w16cid:durableId="1736855949">
    <w:abstractNumId w:val="1"/>
  </w:num>
  <w:num w:numId="9" w16cid:durableId="1226186080">
    <w:abstractNumId w:val="0"/>
  </w:num>
  <w:num w:numId="10" w16cid:durableId="21071437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1656F"/>
    <w:rsid w:val="00034616"/>
    <w:rsid w:val="0006063C"/>
    <w:rsid w:val="000D692F"/>
    <w:rsid w:val="0015074B"/>
    <w:rsid w:val="0029639D"/>
    <w:rsid w:val="00326F90"/>
    <w:rsid w:val="00552D86"/>
    <w:rsid w:val="007731C2"/>
    <w:rsid w:val="00882317"/>
    <w:rsid w:val="008B6DB7"/>
    <w:rsid w:val="009108E5"/>
    <w:rsid w:val="009C0FF5"/>
    <w:rsid w:val="00AA1D8D"/>
    <w:rsid w:val="00AF0054"/>
    <w:rsid w:val="00B47730"/>
    <w:rsid w:val="00CB0664"/>
    <w:rsid w:val="00CB305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2BE69C"/>
  <w14:defaultImageDpi w14:val="300"/>
  <w15:docId w15:val="{0AB30C4B-BFD4-4209-86AE-85118E2FD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1064</Words>
  <Characters>5961</Characters>
  <Application>Microsoft Office Word</Application>
  <DocSecurity>0</DocSecurity>
  <Lines>152</Lines>
  <Paragraphs>127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Thomas Faulkner</cp:lastModifiedBy>
  <cp:revision>4</cp:revision>
  <dcterms:created xsi:type="dcterms:W3CDTF">2013-12-23T23:15:00Z</dcterms:created>
  <dcterms:modified xsi:type="dcterms:W3CDTF">2025-09-02T03:30:00Z</dcterms:modified>
  <cp:category/>
</cp:coreProperties>
</file>